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E02630" w14:textId="0792CD37" w:rsidR="005729D3" w:rsidRDefault="00F039F3">
      <w:pPr>
        <w:pStyle w:val="berschrift1"/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841536" behindDoc="1" locked="0" layoutInCell="1" allowOverlap="1" wp14:anchorId="35224646" wp14:editId="3397C366">
            <wp:simplePos x="0" y="0"/>
            <wp:positionH relativeFrom="column">
              <wp:posOffset>-1019175</wp:posOffset>
            </wp:positionH>
            <wp:positionV relativeFrom="paragraph">
              <wp:posOffset>-914399</wp:posOffset>
            </wp:positionV>
            <wp:extent cx="7514743" cy="5238750"/>
            <wp:effectExtent l="0" t="0" r="0" b="0"/>
            <wp:wrapNone/>
            <wp:docPr id="1153914378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523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FD377" w14:textId="21612853" w:rsidR="005729D3" w:rsidRDefault="005729D3">
      <w:pPr>
        <w:pStyle w:val="berschrift1"/>
        <w:rPr>
          <w:lang w:val="de-CH"/>
        </w:rPr>
      </w:pPr>
    </w:p>
    <w:p w14:paraId="4A4F2129" w14:textId="623D8F82" w:rsidR="005729D3" w:rsidRDefault="005729D3">
      <w:pPr>
        <w:pStyle w:val="berschrift1"/>
        <w:rPr>
          <w:lang w:val="de-CH"/>
        </w:rPr>
      </w:pPr>
    </w:p>
    <w:p w14:paraId="281B4C1F" w14:textId="5C7970CE" w:rsidR="005729D3" w:rsidRDefault="005729D3">
      <w:pPr>
        <w:pStyle w:val="berschrift1"/>
        <w:rPr>
          <w:lang w:val="de-CH"/>
        </w:rPr>
      </w:pPr>
    </w:p>
    <w:p w14:paraId="601B99C6" w14:textId="58C9985E" w:rsidR="005729D3" w:rsidRDefault="005729D3">
      <w:pPr>
        <w:pStyle w:val="berschrift1"/>
        <w:rPr>
          <w:lang w:val="de-CH"/>
        </w:rPr>
      </w:pPr>
    </w:p>
    <w:p w14:paraId="47CC744A" w14:textId="49F99CF4" w:rsidR="005729D3" w:rsidRDefault="005729D3">
      <w:pPr>
        <w:pStyle w:val="berschrift1"/>
        <w:rPr>
          <w:lang w:val="de-CH"/>
        </w:rPr>
      </w:pPr>
    </w:p>
    <w:p w14:paraId="189AB313" w14:textId="1490815A" w:rsidR="00CB3DD4" w:rsidRDefault="00CB3DD4" w:rsidP="00CB3DD4">
      <w:pPr>
        <w:pStyle w:val="berschrift1"/>
        <w:rPr>
          <w:lang w:val="de-CH"/>
        </w:rPr>
      </w:pPr>
    </w:p>
    <w:p w14:paraId="048DD0C1" w14:textId="77777777" w:rsidR="00F77958" w:rsidRDefault="00F77958" w:rsidP="00F77958">
      <w:pPr>
        <w:pStyle w:val="berschrift1"/>
        <w:spacing w:before="0" w:after="240" w:line="240" w:lineRule="auto"/>
        <w:rPr>
          <w:b w:val="0"/>
          <w:bCs w:val="0"/>
          <w:color w:val="000000" w:themeColor="text1"/>
          <w:sz w:val="24"/>
          <w:szCs w:val="24"/>
          <w:lang w:val="de-CH"/>
        </w:rPr>
      </w:pPr>
    </w:p>
    <w:p w14:paraId="1B0CB951" w14:textId="77777777" w:rsidR="00F77958" w:rsidRPr="00F77958" w:rsidRDefault="00F77958" w:rsidP="00F77958">
      <w:pPr>
        <w:pStyle w:val="berschrift1"/>
        <w:spacing w:before="0" w:after="240" w:line="240" w:lineRule="auto"/>
        <w:rPr>
          <w:b w:val="0"/>
          <w:bCs w:val="0"/>
          <w:color w:val="000000" w:themeColor="text1"/>
          <w:sz w:val="6"/>
          <w:szCs w:val="6"/>
          <w:lang w:val="de-CH"/>
        </w:rPr>
      </w:pPr>
    </w:p>
    <w:p w14:paraId="539789F3" w14:textId="40A90151" w:rsidR="006C54E4" w:rsidRPr="0015289C" w:rsidRDefault="00DD3B57" w:rsidP="00F77958">
      <w:pPr>
        <w:pStyle w:val="berschrift1"/>
        <w:spacing w:before="0" w:line="240" w:lineRule="auto"/>
        <w:rPr>
          <w:rFonts w:ascii="Bahnschrift SemiBold" w:hAnsi="Bahnschrift SemiBold"/>
          <w:b w:val="0"/>
          <w:bCs w:val="0"/>
          <w:color w:val="000000" w:themeColor="text1"/>
          <w:sz w:val="24"/>
          <w:szCs w:val="24"/>
          <w:lang w:val="de-CH"/>
        </w:rPr>
      </w:pPr>
      <w:r w:rsidRPr="0015289C">
        <w:rPr>
          <w:rFonts w:ascii="Bahnschrift SemiBold" w:hAnsi="Bahnschrift SemiBold"/>
          <w:noProof/>
          <w:lang w:val="de-CH"/>
        </w:rPr>
        <mc:AlternateContent>
          <mc:Choice Requires="wps">
            <w:drawing>
              <wp:anchor distT="45720" distB="45720" distL="114300" distR="114300" simplePos="0" relativeHeight="251517440" behindDoc="1" locked="0" layoutInCell="1" allowOverlap="1" wp14:anchorId="3A522164" wp14:editId="5F0BE457">
                <wp:simplePos x="0" y="0"/>
                <wp:positionH relativeFrom="column">
                  <wp:posOffset>2057400</wp:posOffset>
                </wp:positionH>
                <wp:positionV relativeFrom="paragraph">
                  <wp:posOffset>163195</wp:posOffset>
                </wp:positionV>
                <wp:extent cx="2828925" cy="1733550"/>
                <wp:effectExtent l="0" t="0" r="28575" b="19050"/>
                <wp:wrapNone/>
                <wp:docPr id="119211070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1733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16B19" w14:textId="0BD3EEF1" w:rsidR="002E08FB" w:rsidRPr="0015289C" w:rsidRDefault="00FE6246" w:rsidP="002E08FB">
                            <w:pPr>
                              <w:spacing w:after="0"/>
                              <w:rPr>
                                <w:rFonts w:ascii="Bahnschrift SemiBold" w:hAnsi="Bahnschrift SemiBold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val="de-CH"/>
                              </w:rPr>
                              <w:t>Mitbringen:</w:t>
                            </w:r>
                          </w:p>
                          <w:p w14:paraId="28C7AF3C" w14:textId="3C7197EE" w:rsidR="002E08FB" w:rsidRPr="0015289C" w:rsidRDefault="002E08FB" w:rsidP="002E08FB">
                            <w:pPr>
                              <w:spacing w:after="0"/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 xml:space="preserve">- </w:t>
                            </w:r>
                            <w:r w:rsidR="00950C9B"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>Wettergerechte Kleidung und gute</w:t>
                            </w:r>
                            <w:r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 xml:space="preserve"> Schuhe</w:t>
                            </w:r>
                            <w:r w:rsidR="00126F82"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>,</w:t>
                            </w:r>
                            <w:r w:rsidR="00C601B1"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 xml:space="preserve"> </w:t>
                            </w:r>
                            <w:r w:rsidR="00126F82"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 xml:space="preserve">Insektenschutz (Hohe Socken, lange Kleidung auch im </w:t>
                            </w:r>
                            <w:proofErr w:type="spellStart"/>
                            <w:r w:rsidR="00126F82"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>Sommer,</w:t>
                            </w:r>
                            <w:r w:rsidR="00C601B1"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>Mütze</w:t>
                            </w:r>
                            <w:proofErr w:type="spellEnd"/>
                            <w:r w:rsidR="00C601B1"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>)</w:t>
                            </w:r>
                          </w:p>
                          <w:p w14:paraId="04C4C7A9" w14:textId="0170398E" w:rsidR="00B64AAC" w:rsidRPr="0015289C" w:rsidRDefault="00B64AAC" w:rsidP="002E08FB">
                            <w:pPr>
                              <w:spacing w:after="0"/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>- Ersatzkleider</w:t>
                            </w:r>
                          </w:p>
                          <w:p w14:paraId="6A1CEEC8" w14:textId="15387636" w:rsidR="002E08FB" w:rsidRPr="0015289C" w:rsidRDefault="002E08FB" w:rsidP="002E08FB">
                            <w:pPr>
                              <w:spacing w:after="0"/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 xml:space="preserve">- </w:t>
                            </w:r>
                            <w:r w:rsidR="00212A15"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 xml:space="preserve">5dl Wasser in </w:t>
                            </w:r>
                            <w:proofErr w:type="spellStart"/>
                            <w:r w:rsidR="00212A15"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>Petflasche</w:t>
                            </w:r>
                            <w:proofErr w:type="spellEnd"/>
                            <w:r w:rsidR="003531D7"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 xml:space="preserve"> (zum kochen und Händewaschen)</w:t>
                            </w:r>
                          </w:p>
                          <w:p w14:paraId="6B1098F2" w14:textId="512EA571" w:rsidR="003531D7" w:rsidRPr="0015289C" w:rsidRDefault="003531D7" w:rsidP="002E08FB">
                            <w:pPr>
                              <w:spacing w:after="0"/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>- Trinken</w:t>
                            </w:r>
                            <w:r w:rsidR="009B642F" w:rsidRPr="0015289C">
                              <w:rPr>
                                <w:rFonts w:ascii="Bahnschrift SemiBold" w:hAnsi="Bahnschrift SemiBold"/>
                                <w:color w:val="000000" w:themeColor="text1"/>
                                <w:lang w:val="de-CH"/>
                              </w:rPr>
                              <w:t>, Essgeschirr, Gabel und Messer</w:t>
                            </w:r>
                          </w:p>
                          <w:p w14:paraId="6D7D097F" w14:textId="77777777" w:rsidR="003531D7" w:rsidRPr="00950C9B" w:rsidRDefault="003531D7" w:rsidP="002E08FB">
                            <w:pPr>
                              <w:spacing w:after="0"/>
                              <w:rPr>
                                <w:color w:val="000000" w:themeColor="text1"/>
                                <w:sz w:val="24"/>
                                <w:szCs w:val="24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522164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162pt;margin-top:12.85pt;width:222.75pt;height:136.5pt;z-index:-251799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" strokecolor="white [3212]">
                <v:textbox>
                  <w:txbxContent>
                    <w:p w14:paraId="26B16B19" w14:textId="0BD3EEF1" w:rsidR="002E08FB" w:rsidRPr="0015289C" w:rsidRDefault="00FE6246" w:rsidP="002E08FB">
                      <w:pPr>
                        <w:spacing w:after="0"/>
                        <w:rPr>
                          <w:rFonts w:ascii="Bahnschrift SemiBold" w:hAnsi="Bahnschrift SemiBold"/>
                          <w:b/>
                          <w:bCs/>
                          <w:color w:val="00B050"/>
                          <w:sz w:val="28"/>
                          <w:szCs w:val="28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b/>
                          <w:bCs/>
                          <w:color w:val="00B050"/>
                          <w:sz w:val="28"/>
                          <w:szCs w:val="28"/>
                          <w:lang w:val="de-CH"/>
                        </w:rPr>
                        <w:t>Mitbringen:</w:t>
                      </w:r>
                    </w:p>
                    <w:p w14:paraId="28C7AF3C" w14:textId="3C7197EE" w:rsidR="002E08FB" w:rsidRPr="0015289C" w:rsidRDefault="002E08FB" w:rsidP="002E08FB">
                      <w:pPr>
                        <w:spacing w:after="0"/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 xml:space="preserve">- </w:t>
                      </w:r>
                      <w:r w:rsidR="00950C9B"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>Wettergerechte Kleidung und gute</w:t>
                      </w:r>
                      <w:r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 xml:space="preserve"> Schuhe</w:t>
                      </w:r>
                      <w:r w:rsidR="00126F82"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>,</w:t>
                      </w:r>
                      <w:r w:rsidR="00C601B1"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 xml:space="preserve"> </w:t>
                      </w:r>
                      <w:r w:rsidR="00126F82"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 xml:space="preserve">Insektenschutz (Hohe Socken, lange Kleidung auch im </w:t>
                      </w:r>
                      <w:proofErr w:type="spellStart"/>
                      <w:r w:rsidR="00126F82"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>Sommer,</w:t>
                      </w:r>
                      <w:r w:rsidR="00C601B1"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>Mütze</w:t>
                      </w:r>
                      <w:proofErr w:type="spellEnd"/>
                      <w:r w:rsidR="00C601B1"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>)</w:t>
                      </w:r>
                    </w:p>
                    <w:p w14:paraId="04C4C7A9" w14:textId="0170398E" w:rsidR="00B64AAC" w:rsidRPr="0015289C" w:rsidRDefault="00B64AAC" w:rsidP="002E08FB">
                      <w:pPr>
                        <w:spacing w:after="0"/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>- Ersatzkleider</w:t>
                      </w:r>
                    </w:p>
                    <w:p w14:paraId="6A1CEEC8" w14:textId="15387636" w:rsidR="002E08FB" w:rsidRPr="0015289C" w:rsidRDefault="002E08FB" w:rsidP="002E08FB">
                      <w:pPr>
                        <w:spacing w:after="0"/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 xml:space="preserve">- </w:t>
                      </w:r>
                      <w:r w:rsidR="00212A15"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 xml:space="preserve">5dl Wasser in </w:t>
                      </w:r>
                      <w:proofErr w:type="spellStart"/>
                      <w:r w:rsidR="00212A15"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>Petflasche</w:t>
                      </w:r>
                      <w:proofErr w:type="spellEnd"/>
                      <w:r w:rsidR="003531D7"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 xml:space="preserve"> (zum kochen und Händewaschen)</w:t>
                      </w:r>
                    </w:p>
                    <w:p w14:paraId="6B1098F2" w14:textId="512EA571" w:rsidR="003531D7" w:rsidRPr="0015289C" w:rsidRDefault="003531D7" w:rsidP="002E08FB">
                      <w:pPr>
                        <w:spacing w:after="0"/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>- Trinken</w:t>
                      </w:r>
                      <w:r w:rsidR="009B642F" w:rsidRPr="0015289C">
                        <w:rPr>
                          <w:rFonts w:ascii="Bahnschrift SemiBold" w:hAnsi="Bahnschrift SemiBold"/>
                          <w:color w:val="000000" w:themeColor="text1"/>
                          <w:lang w:val="de-CH"/>
                        </w:rPr>
                        <w:t>, Essgeschirr, Gabel und Messer</w:t>
                      </w:r>
                    </w:p>
                    <w:p w14:paraId="6D7D097F" w14:textId="77777777" w:rsidR="003531D7" w:rsidRPr="00950C9B" w:rsidRDefault="003531D7" w:rsidP="002E08FB">
                      <w:pPr>
                        <w:spacing w:after="0"/>
                        <w:rPr>
                          <w:color w:val="000000" w:themeColor="text1"/>
                          <w:sz w:val="24"/>
                          <w:szCs w:val="24"/>
                          <w:lang w:val="de-C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5289C">
        <w:rPr>
          <w:rFonts w:ascii="Bahnschrift SemiBold" w:hAnsi="Bahnschrift SemiBold"/>
          <w:noProof/>
          <w:lang w:val="de-CH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090CDD2F" wp14:editId="65A98FCF">
                <wp:simplePos x="0" y="0"/>
                <wp:positionH relativeFrom="column">
                  <wp:posOffset>-638175</wp:posOffset>
                </wp:positionH>
                <wp:positionV relativeFrom="paragraph">
                  <wp:posOffset>229870</wp:posOffset>
                </wp:positionV>
                <wp:extent cx="1257300" cy="1838325"/>
                <wp:effectExtent l="0" t="0" r="19050" b="28575"/>
                <wp:wrapNone/>
                <wp:docPr id="1005230943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183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10E3D5F" w14:textId="32B1C93B" w:rsidR="003C743F" w:rsidRPr="0015289C" w:rsidRDefault="006D01D8" w:rsidP="00DD3B57">
                            <w:pPr>
                              <w:rPr>
                                <w:rFonts w:ascii="Bahnschrift SemiBold" w:hAnsi="Bahnschrift SemiBold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val="de-CH"/>
                              </w:rPr>
                              <w:t xml:space="preserve">Zeit: </w:t>
                            </w:r>
                          </w:p>
                          <w:p w14:paraId="59B769B4" w14:textId="2E47BC44" w:rsidR="009772CD" w:rsidRPr="0015289C" w:rsidRDefault="006D01D8" w:rsidP="00DD3B57">
                            <w:pPr>
                              <w:spacing w:after="0"/>
                              <w:rPr>
                                <w:rFonts w:ascii="Bahnschrift SemiBold" w:hAnsi="Bahnschrift SemiBold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>10.00–15.00 Uhr</w:t>
                            </w:r>
                          </w:p>
                          <w:p w14:paraId="48410FDB" w14:textId="390D9E9B" w:rsidR="00F74DCC" w:rsidRPr="0064322A" w:rsidRDefault="00F74DCC" w:rsidP="00DD3B57">
                            <w:pPr>
                              <w:spacing w:after="0"/>
                              <w:rPr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>Inkl. Mittagessen</w:t>
                            </w:r>
                            <w:r w:rsidR="0064322A">
                              <w:rPr>
                                <w:lang w:val="de-CH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CDD2F" id="Textfeld 6" o:spid="_x0000_s1027" type="#_x0000_t202" style="position:absolute;margin-left:-50.25pt;margin-top:18.1pt;width:99pt;height:144.75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" fillcolor="white [3201]" strokecolor="white [3212]" strokeweight=".5pt">
                <v:textbox>
                  <w:txbxContent>
                    <w:p w14:paraId="110E3D5F" w14:textId="32B1C93B" w:rsidR="003C743F" w:rsidRPr="0015289C" w:rsidRDefault="006D01D8" w:rsidP="00DD3B57">
                      <w:pPr>
                        <w:rPr>
                          <w:rFonts w:ascii="Bahnschrift SemiBold" w:hAnsi="Bahnschrift SemiBold"/>
                          <w:b/>
                          <w:bCs/>
                          <w:color w:val="00B050"/>
                          <w:sz w:val="28"/>
                          <w:szCs w:val="28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b/>
                          <w:bCs/>
                          <w:color w:val="00B050"/>
                          <w:sz w:val="28"/>
                          <w:szCs w:val="28"/>
                          <w:lang w:val="de-CH"/>
                        </w:rPr>
                        <w:t xml:space="preserve">Zeit: </w:t>
                      </w:r>
                    </w:p>
                    <w:p w14:paraId="59B769B4" w14:textId="2E47BC44" w:rsidR="009772CD" w:rsidRPr="0015289C" w:rsidRDefault="006D01D8" w:rsidP="00DD3B57">
                      <w:pPr>
                        <w:spacing w:after="0"/>
                        <w:rPr>
                          <w:rFonts w:ascii="Bahnschrift SemiBold" w:hAnsi="Bahnschrift SemiBold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t>10.00–15.00 Uhr</w:t>
                      </w:r>
                    </w:p>
                    <w:p w14:paraId="48410FDB" w14:textId="390D9E9B" w:rsidR="00F74DCC" w:rsidRPr="0064322A" w:rsidRDefault="00F74DCC" w:rsidP="00DD3B57">
                      <w:pPr>
                        <w:spacing w:after="0"/>
                        <w:rPr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t>Inkl. Mittagessen</w:t>
                      </w:r>
                      <w:r w:rsidR="0064322A">
                        <w:rPr>
                          <w:lang w:val="de-CH"/>
                        </w:rPr>
                        <w:t xml:space="preserve">         </w:t>
                      </w:r>
                    </w:p>
                  </w:txbxContent>
                </v:textbox>
              </v:shape>
            </w:pict>
          </mc:Fallback>
        </mc:AlternateContent>
      </w:r>
      <w:r w:rsidRPr="0015289C">
        <w:rPr>
          <w:rFonts w:ascii="Bahnschrift SemiBold" w:hAnsi="Bahnschrift SemiBold"/>
          <w:noProof/>
          <w:sz w:val="24"/>
          <w:szCs w:val="24"/>
          <w:highlight w:val="black"/>
          <w:lang w:val="de-CH"/>
        </w:rPr>
        <mc:AlternateContent>
          <mc:Choice Requires="wps">
            <w:drawing>
              <wp:anchor distT="0" distB="0" distL="114300" distR="114300" simplePos="0" relativeHeight="251472384" behindDoc="0" locked="0" layoutInCell="1" allowOverlap="1" wp14:anchorId="3E12CEA9" wp14:editId="6302F713">
                <wp:simplePos x="0" y="0"/>
                <wp:positionH relativeFrom="column">
                  <wp:posOffset>-847725</wp:posOffset>
                </wp:positionH>
                <wp:positionV relativeFrom="paragraph">
                  <wp:posOffset>186055</wp:posOffset>
                </wp:positionV>
                <wp:extent cx="7096125" cy="28575"/>
                <wp:effectExtent l="0" t="0" r="28575" b="28575"/>
                <wp:wrapNone/>
                <wp:docPr id="865607055" name="Gerader Verbinde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96125" cy="285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0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40313D" id="Gerader Verbinder 3" o:spid="_x0000_s1026" style="position:absolute;z-index:2514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6.75pt,14.65pt" to="492pt,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" strokecolor="black [3213]"/>
            </w:pict>
          </mc:Fallback>
        </mc:AlternateContent>
      </w:r>
      <w:r w:rsidR="00F74DCC" w:rsidRPr="0015289C">
        <w:rPr>
          <w:rFonts w:ascii="Bahnschrift SemiBold" w:hAnsi="Bahnschrift SemiBold"/>
          <w:b w:val="0"/>
          <w:bCs w:val="0"/>
          <w:color w:val="000000" w:themeColor="text1"/>
          <w:sz w:val="24"/>
          <w:szCs w:val="24"/>
          <w:lang w:val="de-CH"/>
        </w:rPr>
        <w:t xml:space="preserve">Die Angebote können </w:t>
      </w:r>
      <w:r w:rsidR="00CB3DD4" w:rsidRPr="0015289C">
        <w:rPr>
          <w:rFonts w:ascii="Bahnschrift SemiBold" w:hAnsi="Bahnschrift SemiBold"/>
          <w:b w:val="0"/>
          <w:bCs w:val="0"/>
          <w:color w:val="000000" w:themeColor="text1"/>
          <w:sz w:val="24"/>
          <w:szCs w:val="24"/>
          <w:lang w:val="de-CH"/>
        </w:rPr>
        <w:t xml:space="preserve">Einzel gebucht werden. </w:t>
      </w:r>
      <w:r w:rsidR="00335FC5" w:rsidRPr="0015289C">
        <w:rPr>
          <w:rFonts w:ascii="Bahnschrift SemiBold" w:hAnsi="Bahnschrift SemiBold"/>
          <w:b w:val="0"/>
          <w:bCs w:val="0"/>
          <w:color w:val="000000" w:themeColor="text1"/>
          <w:sz w:val="24"/>
          <w:szCs w:val="24"/>
          <w:lang w:val="de-CH"/>
        </w:rPr>
        <w:t>Weitere Daten folgen Ende Jahr</w:t>
      </w:r>
      <w:r w:rsidR="0038398D" w:rsidRPr="0015289C">
        <w:rPr>
          <w:rFonts w:ascii="Bahnschrift SemiBold" w:hAnsi="Bahnschrift SemiBold"/>
          <w:b w:val="0"/>
          <w:bCs w:val="0"/>
          <w:color w:val="000000" w:themeColor="text1"/>
          <w:sz w:val="24"/>
          <w:szCs w:val="24"/>
          <w:lang w:val="de-CH"/>
        </w:rPr>
        <w:t>.</w:t>
      </w:r>
      <w:r w:rsidR="008A0A0C" w:rsidRPr="0015289C">
        <w:rPr>
          <w:rFonts w:ascii="Bahnschrift SemiBold" w:hAnsi="Bahnschrift SemiBold"/>
          <w:noProof/>
          <w:lang w:val="de-CH"/>
        </w:rPr>
        <w:t xml:space="preserve"> </w:t>
      </w:r>
    </w:p>
    <w:p w14:paraId="4B94C03A" w14:textId="0A217598" w:rsidR="005729D3" w:rsidRPr="0015289C" w:rsidRDefault="00DD3B57">
      <w:pPr>
        <w:pStyle w:val="berschrift1"/>
        <w:rPr>
          <w:rFonts w:ascii="Bahnschrift SemiBold" w:hAnsi="Bahnschrift SemiBold"/>
          <w:lang w:val="de-CH"/>
        </w:rPr>
      </w:pPr>
      <w:r w:rsidRPr="0015289C">
        <w:rPr>
          <w:rFonts w:ascii="Bahnschrift SemiBold" w:hAnsi="Bahnschrift SemiBold"/>
          <w:noProof/>
          <w:lang w:val="de-CH"/>
        </w:rPr>
        <mc:AlternateContent>
          <mc:Choice Requires="wps">
            <w:drawing>
              <wp:anchor distT="0" distB="0" distL="114300" distR="114300" simplePos="0" relativeHeight="251870720" behindDoc="0" locked="0" layoutInCell="1" allowOverlap="1" wp14:anchorId="03026D7B" wp14:editId="5EC6EFE6">
                <wp:simplePos x="0" y="0"/>
                <wp:positionH relativeFrom="column">
                  <wp:posOffset>4838700</wp:posOffset>
                </wp:positionH>
                <wp:positionV relativeFrom="paragraph">
                  <wp:posOffset>88900</wp:posOffset>
                </wp:positionV>
                <wp:extent cx="0" cy="1657350"/>
                <wp:effectExtent l="0" t="0" r="38100" b="19050"/>
                <wp:wrapNone/>
                <wp:docPr id="1676641688" name="Gerader Verbinde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573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915984" id="Gerader Verbinder 14" o:spid="_x0000_s1026" style="position:absolute;z-index:2518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1pt,7pt" to="381pt,13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"/>
            </w:pict>
          </mc:Fallback>
        </mc:AlternateContent>
      </w:r>
      <w:r w:rsidRPr="0015289C">
        <w:rPr>
          <w:rFonts w:ascii="Bahnschrift SemiBold" w:hAnsi="Bahnschrift SemiBold"/>
          <w:noProof/>
          <w:lang w:val="de-CH"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2F8C1D51" wp14:editId="1E0063BA">
                <wp:simplePos x="0" y="0"/>
                <wp:positionH relativeFrom="column">
                  <wp:posOffset>2066925</wp:posOffset>
                </wp:positionH>
                <wp:positionV relativeFrom="paragraph">
                  <wp:posOffset>64770</wp:posOffset>
                </wp:positionV>
                <wp:extent cx="0" cy="1657350"/>
                <wp:effectExtent l="0" t="0" r="38100" b="19050"/>
                <wp:wrapNone/>
                <wp:docPr id="500980257" name="Gerader Verbinde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573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B1EC28" id="Gerader Verbinder 14" o:spid="_x0000_s1026" style="position:absolute;z-index:2518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2.75pt,5.1pt" to="162.75pt,1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"/>
            </w:pict>
          </mc:Fallback>
        </mc:AlternateContent>
      </w:r>
      <w:r w:rsidRPr="0015289C">
        <w:rPr>
          <w:rFonts w:ascii="Bahnschrift SemiBold" w:hAnsi="Bahnschrift SemiBold"/>
          <w:noProof/>
          <w:lang w:val="de-CH"/>
        </w:rPr>
        <mc:AlternateContent>
          <mc:Choice Requires="wps">
            <w:drawing>
              <wp:anchor distT="0" distB="0" distL="114300" distR="114300" simplePos="0" relativeHeight="251540992" behindDoc="1" locked="0" layoutInCell="1" allowOverlap="1" wp14:anchorId="1049B78F" wp14:editId="32C785A8">
                <wp:simplePos x="0" y="0"/>
                <wp:positionH relativeFrom="column">
                  <wp:posOffset>571500</wp:posOffset>
                </wp:positionH>
                <wp:positionV relativeFrom="paragraph">
                  <wp:posOffset>27940</wp:posOffset>
                </wp:positionV>
                <wp:extent cx="1552575" cy="1828800"/>
                <wp:effectExtent l="0" t="0" r="28575" b="19050"/>
                <wp:wrapNone/>
                <wp:docPr id="982507973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575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txbx>
                        <w:txbxContent>
                          <w:p w14:paraId="5F8DEECE" w14:textId="58F295D9" w:rsidR="009772CD" w:rsidRPr="0015289C" w:rsidRDefault="006D01D8">
                            <w:pPr>
                              <w:rPr>
                                <w:rFonts w:ascii="Bahnschrift SemiBold" w:hAnsi="Bahnschrift SemiBold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val="de-CH"/>
                              </w:rPr>
                              <w:t>Kosten:</w:t>
                            </w: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br/>
                              <w:t>• CHF 45.– pro Tag</w:t>
                            </w: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br/>
                              <w:t>• Geschwisterrabatt (2. Kind): CHF 38.–</w:t>
                            </w: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br/>
                            </w:r>
                            <w:r w:rsidRPr="0015289C">
                              <w:rPr>
                                <w:rFonts w:ascii="Bahnschrift SemiBold" w:hAnsi="Bahnschrift SemiBold"/>
                                <w:b/>
                                <w:bCs/>
                                <w:color w:val="000000" w:themeColor="text1"/>
                                <w:lang w:val="de-CH"/>
                              </w:rPr>
                              <w:t>Bezahlung:</w:t>
                            </w: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br/>
                              <w:t>Bar oder Twint direkt am jeweiligen Veranstaltungstag.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9B78F" id="Textfeld 5" o:spid="_x0000_s1028" type="#_x0000_t202" style="position:absolute;margin-left:45pt;margin-top:2.2pt;width:122.25pt;height:2in;z-index:-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" fillcolor="white [3201]" strokecolor="white [3212]" strokeweight=".5pt">
                <v:textbox>
                  <w:txbxContent>
                    <w:p w14:paraId="5F8DEECE" w14:textId="58F295D9" w:rsidR="009772CD" w:rsidRPr="0015289C" w:rsidRDefault="006D01D8">
                      <w:pPr>
                        <w:rPr>
                          <w:rFonts w:ascii="Bahnschrift SemiBold" w:hAnsi="Bahnschrift SemiBold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b/>
                          <w:bCs/>
                          <w:color w:val="00B050"/>
                          <w:sz w:val="28"/>
                          <w:szCs w:val="28"/>
                          <w:lang w:val="de-CH"/>
                        </w:rPr>
                        <w:t>Kosten:</w:t>
                      </w: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br/>
                        <w:t>• CHF 45.– pro Tag</w:t>
                      </w: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br/>
                        <w:t>• Geschwisterrabatt (2. Kind): CHF 38.–</w:t>
                      </w: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br/>
                      </w:r>
                      <w:r w:rsidRPr="0015289C">
                        <w:rPr>
                          <w:rFonts w:ascii="Bahnschrift SemiBold" w:hAnsi="Bahnschrift SemiBold"/>
                          <w:b/>
                          <w:bCs/>
                          <w:color w:val="000000" w:themeColor="text1"/>
                          <w:lang w:val="de-CH"/>
                        </w:rPr>
                        <w:t>Bezahlung:</w:t>
                      </w: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br/>
                        <w:t>Bar oder Twint direkt am jeweiligen Veranstaltungstag.</w:t>
                      </w:r>
                    </w:p>
                  </w:txbxContent>
                </v:textbox>
              </v:shape>
            </w:pict>
          </mc:Fallback>
        </mc:AlternateContent>
      </w:r>
      <w:r w:rsidRPr="0015289C">
        <w:rPr>
          <w:rFonts w:ascii="Bahnschrift SemiBold" w:hAnsi="Bahnschrift SemiBold"/>
          <w:noProof/>
          <w:lang w:val="de-CH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362AA119" wp14:editId="03C1299B">
                <wp:simplePos x="0" y="0"/>
                <wp:positionH relativeFrom="column">
                  <wp:posOffset>590550</wp:posOffset>
                </wp:positionH>
                <wp:positionV relativeFrom="paragraph">
                  <wp:posOffset>86995</wp:posOffset>
                </wp:positionV>
                <wp:extent cx="0" cy="1657350"/>
                <wp:effectExtent l="0" t="0" r="38100" b="19050"/>
                <wp:wrapNone/>
                <wp:docPr id="1302805292" name="Gerader Verbinde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57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DF875D" id="Gerader Verbinder 14" o:spid="_x0000_s1026" style="position:absolute;z-index:2518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.5pt,6.85pt" to="46.5pt,1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" strokecolor="black [3040]"/>
            </w:pict>
          </mc:Fallback>
        </mc:AlternateContent>
      </w:r>
      <w:r w:rsidRPr="0015289C">
        <w:rPr>
          <w:rFonts w:ascii="Bahnschrift SemiBold" w:hAnsi="Bahnschrift SemiBold"/>
          <w:noProof/>
          <w:lang w:val="de-CH"/>
        </w:rPr>
        <mc:AlternateContent>
          <mc:Choice Requires="wps">
            <w:drawing>
              <wp:anchor distT="45720" distB="45720" distL="114300" distR="114300" simplePos="0" relativeHeight="251490816" behindDoc="1" locked="0" layoutInCell="1" allowOverlap="1" wp14:anchorId="036E7DD6" wp14:editId="53977002">
                <wp:simplePos x="0" y="0"/>
                <wp:positionH relativeFrom="column">
                  <wp:posOffset>4857115</wp:posOffset>
                </wp:positionH>
                <wp:positionV relativeFrom="paragraph">
                  <wp:posOffset>50165</wp:posOffset>
                </wp:positionV>
                <wp:extent cx="1495425" cy="1838325"/>
                <wp:effectExtent l="0" t="0" r="28575" b="28575"/>
                <wp:wrapNone/>
                <wp:docPr id="11774883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81F1E" w14:textId="1DE33925" w:rsidR="00DF05C7" w:rsidRPr="00DF05C7" w:rsidRDefault="00DF05C7">
                            <w:pPr>
                              <w:rPr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val="de-CH"/>
                              </w:rPr>
                              <w:t>Treffpunkt:</w:t>
                            </w:r>
                            <w:r w:rsidRPr="0015289C">
                              <w:rPr>
                                <w:rFonts w:ascii="Bahnschrift SemiBold" w:hAnsi="Bahnschrift SemiBold"/>
                                <w:color w:val="00B050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 w:rsidR="00394FC8" w:rsidRPr="0015289C">
                              <w:rPr>
                                <w:rFonts w:ascii="Bahnschrift SemiBold" w:hAnsi="Bahnschrift SemiBold"/>
                                <w:color w:val="00B050"/>
                                <w:sz w:val="28"/>
                                <w:szCs w:val="28"/>
                                <w:lang w:val="de-CH"/>
                              </w:rPr>
                              <w:t xml:space="preserve">       </w:t>
                            </w:r>
                            <w:r w:rsidRPr="0015289C">
                              <w:rPr>
                                <w:rFonts w:ascii="Bahnschrift SemiBold" w:hAnsi="Bahnschrift SemiBold"/>
                                <w:sz w:val="24"/>
                                <w:szCs w:val="24"/>
                                <w:lang w:val="de-CH"/>
                              </w:rPr>
                              <w:t>Forsthaus Dottikon</w:t>
                            </w:r>
                            <w:r w:rsidRPr="002E08FB">
                              <w:rPr>
                                <w:sz w:val="24"/>
                                <w:szCs w:val="24"/>
                                <w:lang w:val="de-CH"/>
                              </w:rPr>
                              <w:t xml:space="preserve"> </w:t>
                            </w:r>
                            <w:r w:rsidRPr="00DF05C7">
                              <w:rPr>
                                <w:noProof/>
                              </w:rPr>
                              <w:drawing>
                                <wp:inline distT="0" distB="0" distL="0" distR="0" wp14:anchorId="2EF47AA7" wp14:editId="27E27A45">
                                  <wp:extent cx="1457325" cy="942945"/>
                                  <wp:effectExtent l="0" t="0" r="0" b="0"/>
                                  <wp:docPr id="1908226599" name="Grafik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8000" cy="949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E7DD6" id="_x0000_s1029" type="#_x0000_t202" style="position:absolute;margin-left:382.45pt;margin-top:3.95pt;width:117.75pt;height:144.75pt;z-index:-251825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" strokecolor="white [3212]">
                <v:textbox>
                  <w:txbxContent>
                    <w:p w14:paraId="34E81F1E" w14:textId="1DE33925" w:rsidR="00DF05C7" w:rsidRPr="00DF05C7" w:rsidRDefault="00DF05C7">
                      <w:pPr>
                        <w:rPr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b/>
                          <w:bCs/>
                          <w:color w:val="00B050"/>
                          <w:sz w:val="28"/>
                          <w:szCs w:val="28"/>
                          <w:lang w:val="de-CH"/>
                        </w:rPr>
                        <w:t>Treffpunkt:</w:t>
                      </w:r>
                      <w:r w:rsidRPr="0015289C">
                        <w:rPr>
                          <w:rFonts w:ascii="Bahnschrift SemiBold" w:hAnsi="Bahnschrift SemiBold"/>
                          <w:color w:val="00B050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 w:rsidR="00394FC8" w:rsidRPr="0015289C">
                        <w:rPr>
                          <w:rFonts w:ascii="Bahnschrift SemiBold" w:hAnsi="Bahnschrift SemiBold"/>
                          <w:color w:val="00B050"/>
                          <w:sz w:val="28"/>
                          <w:szCs w:val="28"/>
                          <w:lang w:val="de-CH"/>
                        </w:rPr>
                        <w:t xml:space="preserve">       </w:t>
                      </w:r>
                      <w:r w:rsidRPr="0015289C">
                        <w:rPr>
                          <w:rFonts w:ascii="Bahnschrift SemiBold" w:hAnsi="Bahnschrift SemiBold"/>
                          <w:sz w:val="24"/>
                          <w:szCs w:val="24"/>
                          <w:lang w:val="de-CH"/>
                        </w:rPr>
                        <w:t>Forsthaus Dottikon</w:t>
                      </w:r>
                      <w:r w:rsidRPr="002E08FB">
                        <w:rPr>
                          <w:sz w:val="24"/>
                          <w:szCs w:val="24"/>
                          <w:lang w:val="de-CH"/>
                        </w:rPr>
                        <w:t xml:space="preserve"> </w:t>
                      </w:r>
                      <w:r w:rsidRPr="00DF05C7">
                        <w:rPr>
                          <w:noProof/>
                        </w:rPr>
                        <w:drawing>
                          <wp:inline distT="0" distB="0" distL="0" distR="0" wp14:anchorId="2EF47AA7" wp14:editId="27E27A45">
                            <wp:extent cx="1457325" cy="942945"/>
                            <wp:effectExtent l="0" t="0" r="0" b="0"/>
                            <wp:docPr id="1908226599" name="Grafik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8000" cy="9498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347CEFA" w14:textId="1DC19B6D" w:rsidR="005729D3" w:rsidRPr="0015289C" w:rsidRDefault="005729D3">
      <w:pPr>
        <w:pStyle w:val="berschrift2"/>
        <w:rPr>
          <w:rFonts w:ascii="Bahnschrift SemiBold" w:hAnsi="Bahnschrift SemiBold"/>
          <w:lang w:val="de-CH"/>
        </w:rPr>
      </w:pPr>
    </w:p>
    <w:p w14:paraId="6CBB87A0" w14:textId="4E01CC6F" w:rsidR="009772CD" w:rsidRPr="0015289C" w:rsidRDefault="009772CD">
      <w:pPr>
        <w:pStyle w:val="berschrift2"/>
        <w:rPr>
          <w:rFonts w:ascii="Bahnschrift SemiBold" w:hAnsi="Bahnschrift SemiBold"/>
          <w:lang w:val="de-CH"/>
        </w:rPr>
      </w:pPr>
    </w:p>
    <w:p w14:paraId="7AA9D171" w14:textId="6E22A9E9" w:rsidR="009772CD" w:rsidRPr="0015289C" w:rsidRDefault="009772CD">
      <w:pPr>
        <w:pStyle w:val="berschrift2"/>
        <w:rPr>
          <w:rFonts w:ascii="Bahnschrift SemiBold" w:hAnsi="Bahnschrift SemiBold"/>
          <w:lang w:val="de-CH"/>
        </w:rPr>
      </w:pPr>
    </w:p>
    <w:p w14:paraId="0FAC734B" w14:textId="0B0AD830" w:rsidR="001006A6" w:rsidRDefault="00DD3B57">
      <w:pPr>
        <w:rPr>
          <w:lang w:val="de-CH"/>
        </w:rPr>
      </w:pPr>
      <w:r w:rsidRPr="0015289C">
        <w:rPr>
          <w:rFonts w:ascii="Bahnschrift SemiBold" w:hAnsi="Bahnschrift SemiBold"/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2BE13A7" wp14:editId="169F40C2">
                <wp:simplePos x="0" y="0"/>
                <wp:positionH relativeFrom="column">
                  <wp:posOffset>476250</wp:posOffset>
                </wp:positionH>
                <wp:positionV relativeFrom="paragraph">
                  <wp:posOffset>1784985</wp:posOffset>
                </wp:positionV>
                <wp:extent cx="4829175" cy="485775"/>
                <wp:effectExtent l="0" t="0" r="28575" b="28575"/>
                <wp:wrapNone/>
                <wp:docPr id="270190716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9175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A9F40AF" w14:textId="77777777" w:rsidR="00806B20" w:rsidRPr="00806B20" w:rsidRDefault="001B58B9" w:rsidP="00806B20">
                            <w:pPr>
                              <w:spacing w:after="0"/>
                              <w:rPr>
                                <w:b/>
                                <w:b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806B20">
                              <w:rPr>
                                <w:b/>
                                <w:bCs/>
                                <w:sz w:val="24"/>
                                <w:szCs w:val="24"/>
                                <w:lang w:val="de-DE"/>
                              </w:rPr>
                              <w:t>Bei Fragen:</w:t>
                            </w:r>
                            <w:r w:rsidR="00AB38DC" w:rsidRPr="00806B20">
                              <w:rPr>
                                <w:b/>
                                <w:bCs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</w:p>
                          <w:p w14:paraId="7E427A33" w14:textId="06963B81" w:rsidR="00AB38DC" w:rsidRPr="0015289C" w:rsidRDefault="00AB38DC" w:rsidP="00806B20">
                            <w:pPr>
                              <w:spacing w:after="0"/>
                              <w:rPr>
                                <w:rFonts w:ascii="Bahnschrift SemiBold" w:hAnsi="Bahnschrift SemiBold"/>
                                <w:lang w:val="de-DE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lang w:val="de-DE"/>
                              </w:rPr>
                              <w:t xml:space="preserve">Nicole </w:t>
                            </w:r>
                            <w:r w:rsidR="00D00EF5" w:rsidRPr="0015289C">
                              <w:rPr>
                                <w:rFonts w:ascii="Bahnschrift SemiBold" w:hAnsi="Bahnschrift SemiBold"/>
                                <w:lang w:val="de-DE"/>
                              </w:rPr>
                              <w:t>Ley:</w:t>
                            </w:r>
                            <w:r w:rsidR="00551B43" w:rsidRPr="0015289C">
                              <w:rPr>
                                <w:rFonts w:ascii="Bahnschrift SemiBold" w:hAnsi="Bahnschrift SemiBold"/>
                                <w:lang w:val="de-DE"/>
                              </w:rPr>
                              <w:t xml:space="preserve"> Nachricht an </w:t>
                            </w:r>
                            <w:r w:rsidRPr="0015289C">
                              <w:rPr>
                                <w:rFonts w:ascii="Bahnschrift SemiBold" w:hAnsi="Bahnschrift SemiBold"/>
                                <w:lang w:val="de-DE"/>
                              </w:rPr>
                              <w:t>079 489 93</w:t>
                            </w:r>
                            <w:r w:rsidR="00551B43" w:rsidRPr="0015289C">
                              <w:rPr>
                                <w:rFonts w:ascii="Bahnschrift SemiBold" w:hAnsi="Bahnschrift SemiBold"/>
                                <w:lang w:val="de-DE"/>
                              </w:rPr>
                              <w:t xml:space="preserve"> 92 oder </w:t>
                            </w:r>
                            <w:r w:rsidR="00806B20" w:rsidRPr="0015289C">
                              <w:rPr>
                                <w:rFonts w:ascii="Bahnschrift SemiBold" w:hAnsi="Bahnschrift SemiBold"/>
                                <w:lang w:val="de-DE"/>
                              </w:rPr>
                              <w:t>flohsackdottikon@gmail.com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E13A7" id="Textfeld 11" o:spid="_x0000_s1030" type="#_x0000_t202" style="position:absolute;margin-left:37.5pt;margin-top:140.55pt;width:380.25pt;height:38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" fillcolor="white [3201]" strokecolor="white [3212]" strokeweight=".5pt">
                <v:textbox>
                  <w:txbxContent>
                    <w:p w14:paraId="6A9F40AF" w14:textId="77777777" w:rsidR="00806B20" w:rsidRPr="00806B20" w:rsidRDefault="001B58B9" w:rsidP="00806B20">
                      <w:pPr>
                        <w:spacing w:after="0"/>
                        <w:rPr>
                          <w:b/>
                          <w:bCs/>
                          <w:sz w:val="24"/>
                          <w:szCs w:val="24"/>
                          <w:lang w:val="de-DE"/>
                        </w:rPr>
                      </w:pPr>
                      <w:r w:rsidRPr="00806B20">
                        <w:rPr>
                          <w:b/>
                          <w:bCs/>
                          <w:sz w:val="24"/>
                          <w:szCs w:val="24"/>
                          <w:lang w:val="de-DE"/>
                        </w:rPr>
                        <w:t>Bei Fragen:</w:t>
                      </w:r>
                      <w:r w:rsidR="00AB38DC" w:rsidRPr="00806B20">
                        <w:rPr>
                          <w:b/>
                          <w:bCs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</w:p>
                    <w:p w14:paraId="7E427A33" w14:textId="06963B81" w:rsidR="00AB38DC" w:rsidRPr="0015289C" w:rsidRDefault="00AB38DC" w:rsidP="00806B20">
                      <w:pPr>
                        <w:spacing w:after="0"/>
                        <w:rPr>
                          <w:rFonts w:ascii="Bahnschrift SemiBold" w:hAnsi="Bahnschrift SemiBold"/>
                          <w:lang w:val="de-DE"/>
                        </w:rPr>
                      </w:pPr>
                      <w:r w:rsidRPr="0015289C">
                        <w:rPr>
                          <w:rFonts w:ascii="Bahnschrift SemiBold" w:hAnsi="Bahnschrift SemiBold"/>
                          <w:lang w:val="de-DE"/>
                        </w:rPr>
                        <w:t xml:space="preserve">Nicole </w:t>
                      </w:r>
                      <w:r w:rsidR="00D00EF5" w:rsidRPr="0015289C">
                        <w:rPr>
                          <w:rFonts w:ascii="Bahnschrift SemiBold" w:hAnsi="Bahnschrift SemiBold"/>
                          <w:lang w:val="de-DE"/>
                        </w:rPr>
                        <w:t>Ley:</w:t>
                      </w:r>
                      <w:r w:rsidR="00551B43" w:rsidRPr="0015289C">
                        <w:rPr>
                          <w:rFonts w:ascii="Bahnschrift SemiBold" w:hAnsi="Bahnschrift SemiBold"/>
                          <w:lang w:val="de-DE"/>
                        </w:rPr>
                        <w:t xml:space="preserve"> Nachricht an </w:t>
                      </w:r>
                      <w:r w:rsidRPr="0015289C">
                        <w:rPr>
                          <w:rFonts w:ascii="Bahnschrift SemiBold" w:hAnsi="Bahnschrift SemiBold"/>
                          <w:lang w:val="de-DE"/>
                        </w:rPr>
                        <w:t>079 489 93</w:t>
                      </w:r>
                      <w:r w:rsidR="00551B43" w:rsidRPr="0015289C">
                        <w:rPr>
                          <w:rFonts w:ascii="Bahnschrift SemiBold" w:hAnsi="Bahnschrift SemiBold"/>
                          <w:lang w:val="de-DE"/>
                        </w:rPr>
                        <w:t xml:space="preserve"> 92 oder </w:t>
                      </w:r>
                      <w:r w:rsidR="00806B20" w:rsidRPr="0015289C">
                        <w:rPr>
                          <w:rFonts w:ascii="Bahnschrift SemiBold" w:hAnsi="Bahnschrift SemiBold"/>
                          <w:lang w:val="de-DE"/>
                        </w:rPr>
                        <w:t>flohsackdottikon@gmail.com</w:t>
                      </w:r>
                    </w:p>
                  </w:txbxContent>
                </v:textbox>
              </v:shape>
            </w:pict>
          </mc:Fallback>
        </mc:AlternateContent>
      </w:r>
      <w:r w:rsidRPr="0015289C">
        <w:rPr>
          <w:rFonts w:ascii="Bahnschrift SemiBold" w:hAnsi="Bahnschrift SemiBold"/>
          <w:noProof/>
          <w:lang w:val="de-CH"/>
        </w:rPr>
        <w:drawing>
          <wp:anchor distT="0" distB="0" distL="114300" distR="114300" simplePos="0" relativeHeight="251816448" behindDoc="0" locked="0" layoutInCell="1" allowOverlap="1" wp14:anchorId="7B791A05" wp14:editId="017B2EA6">
            <wp:simplePos x="0" y="0"/>
            <wp:positionH relativeFrom="column">
              <wp:posOffset>5010150</wp:posOffset>
            </wp:positionH>
            <wp:positionV relativeFrom="paragraph">
              <wp:posOffset>374650</wp:posOffset>
            </wp:positionV>
            <wp:extent cx="476250" cy="476250"/>
            <wp:effectExtent l="0" t="0" r="0" b="0"/>
            <wp:wrapTight wrapText="bothSides">
              <wp:wrapPolygon edited="0">
                <wp:start x="0" y="0"/>
                <wp:lineTo x="0" y="20736"/>
                <wp:lineTo x="20736" y="20736"/>
                <wp:lineTo x="20736" y="0"/>
                <wp:lineTo x="0" y="0"/>
              </wp:wrapPolygon>
            </wp:wrapTight>
            <wp:docPr id="1142049646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44" t="29444" r="30000" b="3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289C">
        <w:rPr>
          <w:rFonts w:ascii="Bahnschrift SemiBold" w:hAnsi="Bahnschrift SemiBold"/>
        </w:rPr>
        <w:drawing>
          <wp:anchor distT="0" distB="0" distL="114300" distR="114300" simplePos="0" relativeHeight="251601408" behindDoc="0" locked="0" layoutInCell="1" allowOverlap="1" wp14:anchorId="3CB293FB" wp14:editId="40CE6DBE">
            <wp:simplePos x="0" y="0"/>
            <wp:positionH relativeFrom="column">
              <wp:posOffset>1114425</wp:posOffset>
            </wp:positionH>
            <wp:positionV relativeFrom="paragraph">
              <wp:posOffset>374650</wp:posOffset>
            </wp:positionV>
            <wp:extent cx="541061" cy="371475"/>
            <wp:effectExtent l="0" t="0" r="0" b="0"/>
            <wp:wrapThrough wrapText="bothSides">
              <wp:wrapPolygon edited="0">
                <wp:start x="11408" y="0"/>
                <wp:lineTo x="0" y="2215"/>
                <wp:lineTo x="0" y="19938"/>
                <wp:lineTo x="19775" y="19938"/>
                <wp:lineTo x="19014" y="5538"/>
                <wp:lineTo x="15972" y="0"/>
                <wp:lineTo x="11408" y="0"/>
              </wp:wrapPolygon>
            </wp:wrapThrough>
            <wp:docPr id="771948513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102" b="2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61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289C">
        <w:rPr>
          <w:rFonts w:ascii="Bahnschrift SemiBold" w:hAnsi="Bahnschrift SemiBold"/>
          <w:noProof/>
        </w:rPr>
        <mc:AlternateContent>
          <mc:Choice Requires="wps">
            <w:drawing>
              <wp:anchor distT="0" distB="0" distL="114300" distR="114300" simplePos="0" relativeHeight="251662848" behindDoc="1" locked="0" layoutInCell="1" allowOverlap="1" wp14:anchorId="45E1C45E" wp14:editId="027F0FD5">
                <wp:simplePos x="0" y="0"/>
                <wp:positionH relativeFrom="column">
                  <wp:posOffset>57150</wp:posOffset>
                </wp:positionH>
                <wp:positionV relativeFrom="paragraph">
                  <wp:posOffset>356235</wp:posOffset>
                </wp:positionV>
                <wp:extent cx="2305050" cy="1323975"/>
                <wp:effectExtent l="0" t="0" r="19050" b="28575"/>
                <wp:wrapTight wrapText="bothSides">
                  <wp:wrapPolygon edited="0">
                    <wp:start x="0" y="0"/>
                    <wp:lineTo x="0" y="21755"/>
                    <wp:lineTo x="21600" y="21755"/>
                    <wp:lineTo x="21600" y="0"/>
                    <wp:lineTo x="0" y="0"/>
                  </wp:wrapPolygon>
                </wp:wrapTight>
                <wp:docPr id="354073192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050" cy="13239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77D66EF" w14:textId="4CE6B83E" w:rsidR="00F00A6B" w:rsidRPr="0015289C" w:rsidRDefault="00F00A6B" w:rsidP="00DA3B98">
                            <w:pPr>
                              <w:spacing w:after="0"/>
                              <w:rPr>
                                <w:rFonts w:ascii="Bahnschrift SemiBold" w:hAnsi="Bahnschrift SemiBold"/>
                                <w:b/>
                                <w:bCs/>
                                <w:sz w:val="24"/>
                                <w:szCs w:val="24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b/>
                                <w:bCs/>
                                <w:sz w:val="24"/>
                                <w:szCs w:val="24"/>
                                <w:lang w:val="de-CH"/>
                              </w:rPr>
                              <w:t>Leiterinnen:</w:t>
                            </w:r>
                            <w:r w:rsidR="009C360D" w:rsidRPr="0015289C">
                              <w:rPr>
                                <w:rFonts w:ascii="Bahnschrift SemiBold" w:hAnsi="Bahnschrift SemiBold"/>
                                <w:b/>
                                <w:bCs/>
                                <w:sz w:val="24"/>
                                <w:szCs w:val="24"/>
                                <w:lang w:val="de-CH"/>
                              </w:rPr>
                              <w:t xml:space="preserve">        </w:t>
                            </w:r>
                            <w:r w:rsidR="009C360D" w:rsidRPr="0015289C">
                              <w:rPr>
                                <w:rFonts w:ascii="Bahnschrift SemiBold" w:hAnsi="Bahnschrift SemiBold"/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62B8FA77" w14:textId="77777777" w:rsidR="00DA3B98" w:rsidRPr="0015289C" w:rsidRDefault="00F00A6B" w:rsidP="00DA3B98">
                            <w:pPr>
                              <w:spacing w:after="0"/>
                              <w:rPr>
                                <w:rFonts w:ascii="Bahnschrift SemiBold" w:hAnsi="Bahnschrift SemiBold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 xml:space="preserve"> </w:t>
                            </w: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>• Nicole Ley</w:t>
                            </w:r>
                          </w:p>
                          <w:p w14:paraId="24F8DAFF" w14:textId="77777777" w:rsidR="00DA3B98" w:rsidRPr="0015289C" w:rsidRDefault="00F00A6B" w:rsidP="00DA3B98">
                            <w:pPr>
                              <w:spacing w:after="0"/>
                              <w:rPr>
                                <w:rFonts w:ascii="Bahnschrift SemiBold" w:hAnsi="Bahnschrift SemiBold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>Spielgruppenleiterin &amp; Kontaktfrau</w:t>
                            </w: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br/>
                              <w:t>• Yvonne Schwenkfelder</w:t>
                            </w:r>
                          </w:p>
                          <w:p w14:paraId="6F24D945" w14:textId="35374903" w:rsidR="00D1703A" w:rsidRPr="0015289C" w:rsidRDefault="00F00A6B" w:rsidP="00DA3B98">
                            <w:pPr>
                              <w:spacing w:after="0"/>
                              <w:rPr>
                                <w:rFonts w:ascii="Bahnschrift SemiBold" w:hAnsi="Bahnschrift SemiBold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>Spielgruppenleiterin</w:t>
                            </w:r>
                          </w:p>
                          <w:p w14:paraId="21D1AA4A" w14:textId="77777777" w:rsidR="00F00A6B" w:rsidRPr="00F00A6B" w:rsidRDefault="00F00A6B">
                            <w:pPr>
                              <w:rPr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1C45E" id="Textfeld 1" o:spid="_x0000_s1031" type="#_x0000_t202" style="position:absolute;margin-left:4.5pt;margin-top:28.05pt;width:181.5pt;height:104.25pt;z-index:-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" filled="f" strokecolor="white [3212]" strokeweight=".5pt">
                <v:textbox>
                  <w:txbxContent>
                    <w:p w14:paraId="277D66EF" w14:textId="4CE6B83E" w:rsidR="00F00A6B" w:rsidRPr="0015289C" w:rsidRDefault="00F00A6B" w:rsidP="00DA3B98">
                      <w:pPr>
                        <w:spacing w:after="0"/>
                        <w:rPr>
                          <w:rFonts w:ascii="Bahnschrift SemiBold" w:hAnsi="Bahnschrift SemiBold"/>
                          <w:b/>
                          <w:bCs/>
                          <w:sz w:val="24"/>
                          <w:szCs w:val="24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b/>
                          <w:bCs/>
                          <w:sz w:val="24"/>
                          <w:szCs w:val="24"/>
                          <w:lang w:val="de-CH"/>
                        </w:rPr>
                        <w:t>Leiterinnen:</w:t>
                      </w:r>
                      <w:r w:rsidR="009C360D" w:rsidRPr="0015289C">
                        <w:rPr>
                          <w:rFonts w:ascii="Bahnschrift SemiBold" w:hAnsi="Bahnschrift SemiBold"/>
                          <w:b/>
                          <w:bCs/>
                          <w:sz w:val="24"/>
                          <w:szCs w:val="24"/>
                          <w:lang w:val="de-CH"/>
                        </w:rPr>
                        <w:t xml:space="preserve">        </w:t>
                      </w:r>
                      <w:r w:rsidR="009C360D" w:rsidRPr="0015289C">
                        <w:rPr>
                          <w:rFonts w:ascii="Bahnschrift SemiBold" w:hAnsi="Bahnschrift SemiBold"/>
                          <w:b/>
                          <w:bCs/>
                        </w:rPr>
                        <w:t xml:space="preserve"> </w:t>
                      </w:r>
                    </w:p>
                    <w:p w14:paraId="62B8FA77" w14:textId="77777777" w:rsidR="00DA3B98" w:rsidRPr="0015289C" w:rsidRDefault="00F00A6B" w:rsidP="00DA3B98">
                      <w:pPr>
                        <w:spacing w:after="0"/>
                        <w:rPr>
                          <w:rFonts w:ascii="Bahnschrift SemiBold" w:hAnsi="Bahnschrift SemiBold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t xml:space="preserve"> </w:t>
                      </w: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t>• Nicole Ley</w:t>
                      </w:r>
                    </w:p>
                    <w:p w14:paraId="24F8DAFF" w14:textId="77777777" w:rsidR="00DA3B98" w:rsidRPr="0015289C" w:rsidRDefault="00F00A6B" w:rsidP="00DA3B98">
                      <w:pPr>
                        <w:spacing w:after="0"/>
                        <w:rPr>
                          <w:rFonts w:ascii="Bahnschrift SemiBold" w:hAnsi="Bahnschrift SemiBold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t>Spielgruppenleiterin &amp; Kontaktfrau</w:t>
                      </w: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br/>
                        <w:t>• Yvonne Schwenkfelder</w:t>
                      </w:r>
                    </w:p>
                    <w:p w14:paraId="6F24D945" w14:textId="35374903" w:rsidR="00D1703A" w:rsidRPr="0015289C" w:rsidRDefault="00F00A6B" w:rsidP="00DA3B98">
                      <w:pPr>
                        <w:spacing w:after="0"/>
                        <w:rPr>
                          <w:rFonts w:ascii="Bahnschrift SemiBold" w:hAnsi="Bahnschrift SemiBold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t>Spielgruppenleiterin</w:t>
                      </w:r>
                    </w:p>
                    <w:p w14:paraId="21D1AA4A" w14:textId="77777777" w:rsidR="00F00A6B" w:rsidRPr="00F00A6B" w:rsidRDefault="00F00A6B">
                      <w:pPr>
                        <w:rPr>
                          <w:lang w:val="de-CH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Pr="0015289C">
        <w:rPr>
          <w:rFonts w:ascii="Bahnschrift SemiBold" w:hAnsi="Bahnschrift SemiBold"/>
          <w:noProof/>
          <w:lang w:val="de-CH"/>
        </w:rPr>
        <mc:AlternateContent>
          <mc:Choice Requires="wps">
            <w:drawing>
              <wp:anchor distT="45720" distB="45720" distL="114300" distR="114300" simplePos="0" relativeHeight="251778560" behindDoc="0" locked="0" layoutInCell="1" allowOverlap="1" wp14:anchorId="352638E5" wp14:editId="064B2075">
                <wp:simplePos x="0" y="0"/>
                <wp:positionH relativeFrom="column">
                  <wp:posOffset>2305050</wp:posOffset>
                </wp:positionH>
                <wp:positionV relativeFrom="paragraph">
                  <wp:posOffset>337185</wp:posOffset>
                </wp:positionV>
                <wp:extent cx="3505200" cy="1352550"/>
                <wp:effectExtent l="0" t="0" r="19050" b="19050"/>
                <wp:wrapSquare wrapText="bothSides"/>
                <wp:docPr id="146687184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0B250" w14:textId="431BF133" w:rsidR="008779EE" w:rsidRPr="0015289C" w:rsidRDefault="008779EE">
                            <w:pPr>
                              <w:rPr>
                                <w:rFonts w:ascii="Bahnschrift SemiBold" w:hAnsi="Bahnschrift SemiBold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15289C">
                              <w:rPr>
                                <w:rFonts w:ascii="Bahnschrift SemiBold" w:hAnsi="Bahnschrift SemiBold"/>
                                <w:b/>
                                <w:bCs/>
                                <w:sz w:val="24"/>
                                <w:szCs w:val="24"/>
                              </w:rPr>
                              <w:t>Whats</w:t>
                            </w:r>
                            <w:r w:rsidR="00D27EFF" w:rsidRPr="0015289C">
                              <w:rPr>
                                <w:rFonts w:ascii="Bahnschrift SemiBold" w:hAnsi="Bahnschrift SemiBold"/>
                                <w:b/>
                                <w:bCs/>
                                <w:sz w:val="24"/>
                                <w:szCs w:val="24"/>
                              </w:rPr>
                              <w:t>app</w:t>
                            </w:r>
                            <w:proofErr w:type="spellEnd"/>
                            <w:r w:rsidR="00D27EFF" w:rsidRPr="0015289C">
                              <w:rPr>
                                <w:rFonts w:ascii="Bahnschrift SemiBold" w:hAnsi="Bahnschrift SemiBold"/>
                                <w:b/>
                                <w:bCs/>
                                <w:sz w:val="24"/>
                                <w:szCs w:val="24"/>
                              </w:rPr>
                              <w:t>- Gruppe</w:t>
                            </w:r>
                          </w:p>
                          <w:p w14:paraId="1D1B06F4" w14:textId="06376419" w:rsidR="00D27EFF" w:rsidRPr="0015289C" w:rsidRDefault="00D27EFF">
                            <w:pPr>
                              <w:rPr>
                                <w:rFonts w:ascii="Bahnschrift SemiBold" w:hAnsi="Bahnschrift SemiBold"/>
                                <w:lang w:val="de-CH"/>
                              </w:rPr>
                            </w:pP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>Nach deiner Anmeldung wirst du in die</w:t>
                            </w:r>
                            <w:r w:rsidR="001B58B9"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 xml:space="preserve">              </w:t>
                            </w:r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 xml:space="preserve"> </w:t>
                            </w:r>
                            <w:proofErr w:type="spellStart"/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>Whatsapp</w:t>
                            </w:r>
                            <w:proofErr w:type="spellEnd"/>
                            <w:r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 xml:space="preserve"> Gruppe </w:t>
                            </w:r>
                            <w:r w:rsidR="003622E0"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>aufgenommen. Dort</w:t>
                            </w:r>
                            <w:r w:rsidR="00CE01C7"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 xml:space="preserve"> werden alle Informationen zu den Waldtagen geteilt und die Angebote können jeweils </w:t>
                            </w:r>
                            <w:r w:rsidR="003622E0"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>einzeln</w:t>
                            </w:r>
                            <w:r w:rsidR="00CE01C7"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 xml:space="preserve"> </w:t>
                            </w:r>
                            <w:r w:rsidR="004719E6" w:rsidRPr="0015289C">
                              <w:rPr>
                                <w:rFonts w:ascii="Bahnschrift SemiBold" w:hAnsi="Bahnschrift SemiBold"/>
                                <w:lang w:val="de-CH"/>
                              </w:rPr>
                              <w:t>gebucht werden.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2638E5" id="_x0000_s1032" type="#_x0000_t202" style="position:absolute;margin-left:181.5pt;margin-top:26.55pt;width:276pt;height:106.5pt;z-index:251778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" strokecolor="white [3212]">
                <v:textbox>
                  <w:txbxContent>
                    <w:p w14:paraId="2D10B250" w14:textId="431BF133" w:rsidR="008779EE" w:rsidRPr="0015289C" w:rsidRDefault="008779EE">
                      <w:pPr>
                        <w:rPr>
                          <w:rFonts w:ascii="Bahnschrift SemiBold" w:hAnsi="Bahnschrift SemiBold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r w:rsidRPr="0015289C">
                        <w:rPr>
                          <w:rFonts w:ascii="Bahnschrift SemiBold" w:hAnsi="Bahnschrift SemiBold"/>
                          <w:b/>
                          <w:bCs/>
                          <w:sz w:val="24"/>
                          <w:szCs w:val="24"/>
                        </w:rPr>
                        <w:t>Whats</w:t>
                      </w:r>
                      <w:r w:rsidR="00D27EFF" w:rsidRPr="0015289C">
                        <w:rPr>
                          <w:rFonts w:ascii="Bahnschrift SemiBold" w:hAnsi="Bahnschrift SemiBold"/>
                          <w:b/>
                          <w:bCs/>
                          <w:sz w:val="24"/>
                          <w:szCs w:val="24"/>
                        </w:rPr>
                        <w:t>app</w:t>
                      </w:r>
                      <w:proofErr w:type="spellEnd"/>
                      <w:r w:rsidR="00D27EFF" w:rsidRPr="0015289C">
                        <w:rPr>
                          <w:rFonts w:ascii="Bahnschrift SemiBold" w:hAnsi="Bahnschrift SemiBold"/>
                          <w:b/>
                          <w:bCs/>
                          <w:sz w:val="24"/>
                          <w:szCs w:val="24"/>
                        </w:rPr>
                        <w:t>- Gruppe</w:t>
                      </w:r>
                    </w:p>
                    <w:p w14:paraId="1D1B06F4" w14:textId="06376419" w:rsidR="00D27EFF" w:rsidRPr="0015289C" w:rsidRDefault="00D27EFF">
                      <w:pPr>
                        <w:rPr>
                          <w:rFonts w:ascii="Bahnschrift SemiBold" w:hAnsi="Bahnschrift SemiBold"/>
                          <w:lang w:val="de-CH"/>
                        </w:rPr>
                      </w:pP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t>Nach deiner Anmeldung wirst du in die</w:t>
                      </w:r>
                      <w:r w:rsidR="001B58B9" w:rsidRPr="0015289C">
                        <w:rPr>
                          <w:rFonts w:ascii="Bahnschrift SemiBold" w:hAnsi="Bahnschrift SemiBold"/>
                          <w:lang w:val="de-CH"/>
                        </w:rPr>
                        <w:t xml:space="preserve">              </w:t>
                      </w:r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t xml:space="preserve"> </w:t>
                      </w:r>
                      <w:proofErr w:type="spellStart"/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t>Whatsapp</w:t>
                      </w:r>
                      <w:proofErr w:type="spellEnd"/>
                      <w:r w:rsidRPr="0015289C">
                        <w:rPr>
                          <w:rFonts w:ascii="Bahnschrift SemiBold" w:hAnsi="Bahnschrift SemiBold"/>
                          <w:lang w:val="de-CH"/>
                        </w:rPr>
                        <w:t xml:space="preserve"> Gruppe </w:t>
                      </w:r>
                      <w:r w:rsidR="003622E0" w:rsidRPr="0015289C">
                        <w:rPr>
                          <w:rFonts w:ascii="Bahnschrift SemiBold" w:hAnsi="Bahnschrift SemiBold"/>
                          <w:lang w:val="de-CH"/>
                        </w:rPr>
                        <w:t>aufgenommen. Dort</w:t>
                      </w:r>
                      <w:r w:rsidR="00CE01C7" w:rsidRPr="0015289C">
                        <w:rPr>
                          <w:rFonts w:ascii="Bahnschrift SemiBold" w:hAnsi="Bahnschrift SemiBold"/>
                          <w:lang w:val="de-CH"/>
                        </w:rPr>
                        <w:t xml:space="preserve"> werden alle Informationen zu den Waldtagen geteilt und die Angebote können jeweils </w:t>
                      </w:r>
                      <w:r w:rsidR="003622E0" w:rsidRPr="0015289C">
                        <w:rPr>
                          <w:rFonts w:ascii="Bahnschrift SemiBold" w:hAnsi="Bahnschrift SemiBold"/>
                          <w:lang w:val="de-CH"/>
                        </w:rPr>
                        <w:t>einzeln</w:t>
                      </w:r>
                      <w:r w:rsidR="00CE01C7" w:rsidRPr="0015289C">
                        <w:rPr>
                          <w:rFonts w:ascii="Bahnschrift SemiBold" w:hAnsi="Bahnschrift SemiBold"/>
                          <w:lang w:val="de-CH"/>
                        </w:rPr>
                        <w:t xml:space="preserve"> </w:t>
                      </w:r>
                      <w:r w:rsidR="004719E6" w:rsidRPr="0015289C">
                        <w:rPr>
                          <w:rFonts w:ascii="Bahnschrift SemiBold" w:hAnsi="Bahnschrift SemiBold"/>
                          <w:lang w:val="de-CH"/>
                        </w:rPr>
                        <w:t>gebucht werden.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5289C">
        <w:rPr>
          <w:rFonts w:ascii="Bahnschrift SemiBold" w:hAnsi="Bahnschrift SemiBold"/>
          <w:noProof/>
          <w:lang w:val="de-CH"/>
        </w:rPr>
        <mc:AlternateContent>
          <mc:Choice Requires="wps">
            <w:drawing>
              <wp:anchor distT="45720" distB="45720" distL="114300" distR="114300" simplePos="0" relativeHeight="251447808" behindDoc="1" locked="0" layoutInCell="1" allowOverlap="1" wp14:anchorId="4CDC5C23" wp14:editId="5F34927B">
                <wp:simplePos x="0" y="0"/>
                <wp:positionH relativeFrom="column">
                  <wp:posOffset>0</wp:posOffset>
                </wp:positionH>
                <wp:positionV relativeFrom="paragraph">
                  <wp:posOffset>307340</wp:posOffset>
                </wp:positionV>
                <wp:extent cx="5838825" cy="1400175"/>
                <wp:effectExtent l="0" t="0" r="28575" b="28575"/>
                <wp:wrapNone/>
                <wp:docPr id="151663116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38825" cy="1400175"/>
                        </a:xfrm>
                        <a:prstGeom prst="rect">
                          <a:avLst/>
                        </a:prstGeom>
                        <a:ln>
                          <a:solidFill>
                            <a:srgbClr val="00B05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E73D70" w14:textId="584D2E5D" w:rsidR="00395C68" w:rsidRPr="00395C68" w:rsidRDefault="00395C68">
                            <w:pPr>
                              <w:rPr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C5C23" id="_x0000_s1033" type="#_x0000_t202" style="position:absolute;margin-left:0;margin-top:24.2pt;width:459.75pt;height:110.25pt;z-index:-251868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" fillcolor="white [3201]" strokecolor="#00b050" strokeweight="2pt">
                <v:textbox>
                  <w:txbxContent>
                    <w:p w14:paraId="56E73D70" w14:textId="584D2E5D" w:rsidR="00395C68" w:rsidRPr="00395C68" w:rsidRDefault="00395C68">
                      <w:pPr>
                        <w:rPr>
                          <w:lang w:val="de-C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61E9B" w:rsidRPr="0015289C">
        <w:rPr>
          <w:rFonts w:ascii="Bahnschrift SemiBold" w:hAnsi="Bahnschrift SemiBold"/>
          <w:noProof/>
          <w:lang w:val="de-CH"/>
        </w:rPr>
        <w:drawing>
          <wp:anchor distT="0" distB="0" distL="114300" distR="114300" simplePos="0" relativeHeight="251364864" behindDoc="1" locked="0" layoutInCell="1" allowOverlap="1" wp14:anchorId="0B35C24D" wp14:editId="18DFA81A">
            <wp:simplePos x="0" y="0"/>
            <wp:positionH relativeFrom="column">
              <wp:posOffset>5486400</wp:posOffset>
            </wp:positionH>
            <wp:positionV relativeFrom="paragraph">
              <wp:posOffset>956310</wp:posOffset>
            </wp:positionV>
            <wp:extent cx="1033145" cy="1745043"/>
            <wp:effectExtent l="0" t="0" r="0" b="7620"/>
            <wp:wrapNone/>
            <wp:docPr id="2137336998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23" t="79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" cy="174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EE4" w:rsidRPr="0015289C">
        <w:rPr>
          <w:rFonts w:ascii="Bahnschrift SemiBold" w:hAnsi="Bahnschrift SemiBold"/>
          <w:noProof/>
          <w:lang w:val="de-CH"/>
        </w:rPr>
        <w:drawing>
          <wp:anchor distT="0" distB="0" distL="114300" distR="114300" simplePos="0" relativeHeight="251375104" behindDoc="1" locked="0" layoutInCell="1" allowOverlap="1" wp14:anchorId="110A3643" wp14:editId="159CE794">
            <wp:simplePos x="0" y="0"/>
            <wp:positionH relativeFrom="column">
              <wp:posOffset>-1047750</wp:posOffset>
            </wp:positionH>
            <wp:positionV relativeFrom="paragraph">
              <wp:posOffset>822325</wp:posOffset>
            </wp:positionV>
            <wp:extent cx="1457325" cy="1950085"/>
            <wp:effectExtent l="0" t="0" r="9525" b="0"/>
            <wp:wrapNone/>
            <wp:docPr id="1489610311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551" r="82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E6004" w:rsidRPr="0015289C">
        <w:rPr>
          <w:rFonts w:ascii="Bahnschrift SemiBold" w:hAnsi="Bahnschrift SemiBold"/>
          <w:lang w:val="de-CH"/>
        </w:rPr>
        <w:br/>
      </w:r>
      <w:r w:rsidR="00BE6004" w:rsidRPr="0015289C">
        <w:rPr>
          <w:rFonts w:ascii="Bahnschrift SemiBold" w:hAnsi="Bahnschrift SemiBold"/>
          <w:lang w:val="de-CH"/>
        </w:rPr>
        <w:br/>
      </w:r>
      <w:r w:rsidR="00BE6004" w:rsidRPr="00281FD8">
        <w:rPr>
          <w:lang w:val="de-CH"/>
        </w:rPr>
        <w:lastRenderedPageBreak/>
        <w:br/>
      </w:r>
      <w:r w:rsidR="00C25990">
        <w:rPr>
          <w:noProof/>
          <w:lang w:val="de-CH"/>
        </w:rPr>
        <w:drawing>
          <wp:anchor distT="0" distB="0" distL="114300" distR="114300" simplePos="0" relativeHeight="251959808" behindDoc="1" locked="0" layoutInCell="1" allowOverlap="1" wp14:anchorId="660D34BA" wp14:editId="29F4C8CF">
            <wp:simplePos x="0" y="0"/>
            <wp:positionH relativeFrom="column">
              <wp:posOffset>-990600</wp:posOffset>
            </wp:positionH>
            <wp:positionV relativeFrom="paragraph">
              <wp:posOffset>-794385</wp:posOffset>
            </wp:positionV>
            <wp:extent cx="7458537" cy="2019300"/>
            <wp:effectExtent l="0" t="0" r="9525" b="0"/>
            <wp:wrapNone/>
            <wp:docPr id="115768627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06" b="17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537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6004" w:rsidRPr="00281FD8">
        <w:rPr>
          <w:lang w:val="de-CH"/>
        </w:rPr>
        <w:br/>
      </w:r>
      <w:r w:rsidR="00BE6004" w:rsidRPr="00281FD8">
        <w:rPr>
          <w:lang w:val="de-CH"/>
        </w:rPr>
        <w:br/>
      </w:r>
      <w:r w:rsidR="00BE6004" w:rsidRPr="00281FD8">
        <w:rPr>
          <w:lang w:val="de-CH"/>
        </w:rPr>
        <w:br/>
      </w:r>
      <w:r w:rsidR="00BE6004" w:rsidRPr="00281FD8">
        <w:rPr>
          <w:lang w:val="de-CH"/>
        </w:rPr>
        <w:br/>
      </w:r>
      <w:r w:rsidR="00BE6004" w:rsidRPr="00281FD8">
        <w:rPr>
          <w:lang w:val="de-CH"/>
        </w:rPr>
        <w:br/>
      </w:r>
      <w:r w:rsidR="00A2391C">
        <w:rPr>
          <w:noProof/>
          <w:lang w:val="de-CH"/>
        </w:rPr>
        <w:drawing>
          <wp:anchor distT="0" distB="0" distL="114300" distR="114300" simplePos="0" relativeHeight="251934208" behindDoc="1" locked="0" layoutInCell="1" allowOverlap="1" wp14:anchorId="4C83628F" wp14:editId="03C0A4EA">
            <wp:simplePos x="0" y="0"/>
            <wp:positionH relativeFrom="column">
              <wp:posOffset>-828675</wp:posOffset>
            </wp:positionH>
            <wp:positionV relativeFrom="paragraph">
              <wp:posOffset>1209675</wp:posOffset>
            </wp:positionV>
            <wp:extent cx="7134225" cy="3888341"/>
            <wp:effectExtent l="0" t="0" r="0" b="0"/>
            <wp:wrapNone/>
            <wp:docPr id="364878072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3888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6004" w:rsidRPr="00281FD8">
        <w:rPr>
          <w:lang w:val="de-CH"/>
        </w:rPr>
        <w:br/>
      </w:r>
      <w:r w:rsidR="00BE6004" w:rsidRPr="00281FD8">
        <w:rPr>
          <w:lang w:val="de-CH"/>
        </w:rPr>
        <w:br/>
      </w:r>
    </w:p>
    <w:p w14:paraId="6FD022F5" w14:textId="55CC935A" w:rsidR="001006A6" w:rsidRDefault="001006A6">
      <w:pPr>
        <w:rPr>
          <w:lang w:val="de-CH"/>
        </w:rPr>
      </w:pPr>
    </w:p>
    <w:p w14:paraId="2EBBF109" w14:textId="47762ACE" w:rsidR="001006A6" w:rsidRDefault="001006A6">
      <w:pPr>
        <w:rPr>
          <w:lang w:val="de-CH"/>
        </w:rPr>
      </w:pPr>
    </w:p>
    <w:p w14:paraId="4C73E1E7" w14:textId="30BB178A" w:rsidR="001006A6" w:rsidRDefault="001006A6">
      <w:pPr>
        <w:rPr>
          <w:lang w:val="de-CH"/>
        </w:rPr>
      </w:pPr>
    </w:p>
    <w:p w14:paraId="7C586F0E" w14:textId="01A9FBB0" w:rsidR="001006A6" w:rsidRDefault="001006A6">
      <w:pPr>
        <w:rPr>
          <w:lang w:val="de-CH"/>
        </w:rPr>
      </w:pPr>
    </w:p>
    <w:p w14:paraId="6A869ACC" w14:textId="06F917ED" w:rsidR="001006A6" w:rsidRDefault="001006A6">
      <w:pPr>
        <w:rPr>
          <w:lang w:val="de-CH"/>
        </w:rPr>
      </w:pPr>
    </w:p>
    <w:p w14:paraId="5B026258" w14:textId="03114A85" w:rsidR="001006A6" w:rsidRDefault="001006A6">
      <w:pPr>
        <w:rPr>
          <w:lang w:val="de-CH"/>
        </w:rPr>
      </w:pPr>
    </w:p>
    <w:p w14:paraId="2A0441C6" w14:textId="37FD2552" w:rsidR="001006A6" w:rsidRDefault="001006A6">
      <w:pPr>
        <w:rPr>
          <w:lang w:val="de-CH"/>
        </w:rPr>
      </w:pPr>
    </w:p>
    <w:p w14:paraId="65FCFBC9" w14:textId="46E1C087" w:rsidR="001006A6" w:rsidRDefault="001006A6">
      <w:pPr>
        <w:rPr>
          <w:lang w:val="de-CH"/>
        </w:rPr>
      </w:pPr>
    </w:p>
    <w:p w14:paraId="3ACD435A" w14:textId="6826B18C" w:rsidR="00A43AEB" w:rsidRPr="00A43AEB" w:rsidRDefault="00A43AEB" w:rsidP="00A43A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de-CH" w:eastAsia="de-CH"/>
        </w:rPr>
      </w:pPr>
    </w:p>
    <w:p w14:paraId="1DC2F17F" w14:textId="1284721B" w:rsidR="001006A6" w:rsidRDefault="001006A6">
      <w:pPr>
        <w:rPr>
          <w:lang w:val="de-CH"/>
        </w:rPr>
      </w:pPr>
    </w:p>
    <w:p w14:paraId="464F4ADA" w14:textId="7E1A3B43" w:rsidR="001006A6" w:rsidRDefault="00064F75">
      <w:pPr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952640" behindDoc="1" locked="0" layoutInCell="1" allowOverlap="1" wp14:anchorId="5AA3889B" wp14:editId="4CED69BD">
            <wp:simplePos x="0" y="0"/>
            <wp:positionH relativeFrom="column">
              <wp:posOffset>-951865</wp:posOffset>
            </wp:positionH>
            <wp:positionV relativeFrom="paragraph">
              <wp:posOffset>252095</wp:posOffset>
            </wp:positionV>
            <wp:extent cx="3705225" cy="3939346"/>
            <wp:effectExtent l="0" t="0" r="0" b="4445"/>
            <wp:wrapNone/>
            <wp:docPr id="1159033649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3939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4440EF" w14:textId="6DCCC043" w:rsidR="001006A6" w:rsidRDefault="001006A6">
      <w:pPr>
        <w:rPr>
          <w:lang w:val="de-CH"/>
        </w:rPr>
      </w:pPr>
    </w:p>
    <w:p w14:paraId="75988569" w14:textId="62F8CED0" w:rsidR="001006A6" w:rsidRDefault="00A2391C">
      <w:pPr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939328" behindDoc="1" locked="0" layoutInCell="1" allowOverlap="1" wp14:anchorId="29365EF3" wp14:editId="487E7601">
            <wp:simplePos x="0" y="0"/>
            <wp:positionH relativeFrom="column">
              <wp:posOffset>2695575</wp:posOffset>
            </wp:positionH>
            <wp:positionV relativeFrom="paragraph">
              <wp:posOffset>5715</wp:posOffset>
            </wp:positionV>
            <wp:extent cx="3836035" cy="3500053"/>
            <wp:effectExtent l="0" t="0" r="0" b="5715"/>
            <wp:wrapNone/>
            <wp:docPr id="1101890397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035" cy="3500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70D91" w14:textId="0F49AE62" w:rsidR="001006A6" w:rsidRDefault="001006A6">
      <w:pPr>
        <w:rPr>
          <w:lang w:val="de-CH"/>
        </w:rPr>
      </w:pPr>
    </w:p>
    <w:p w14:paraId="39028A59" w14:textId="4396208F" w:rsidR="001006A6" w:rsidRDefault="001006A6">
      <w:pPr>
        <w:rPr>
          <w:lang w:val="de-CH"/>
        </w:rPr>
      </w:pPr>
    </w:p>
    <w:p w14:paraId="7B66EE4F" w14:textId="5D2D8466" w:rsidR="00BC7563" w:rsidRDefault="00BC7563">
      <w:pPr>
        <w:rPr>
          <w:lang w:val="de-CH"/>
        </w:rPr>
      </w:pPr>
    </w:p>
    <w:p w14:paraId="14D3BF03" w14:textId="457DA2F4" w:rsidR="00BC7563" w:rsidRDefault="00BC7563">
      <w:pPr>
        <w:rPr>
          <w:lang w:val="de-CH"/>
        </w:rPr>
      </w:pPr>
    </w:p>
    <w:p w14:paraId="13DF59AF" w14:textId="77777777" w:rsidR="00BC7563" w:rsidRDefault="00BC7563">
      <w:pPr>
        <w:rPr>
          <w:lang w:val="de-CH"/>
        </w:rPr>
      </w:pPr>
    </w:p>
    <w:p w14:paraId="23157225" w14:textId="5F8089B1" w:rsidR="00FE38FA" w:rsidRPr="00281FD8" w:rsidRDefault="00FE38FA">
      <w:pPr>
        <w:rPr>
          <w:lang w:val="de-CH"/>
        </w:rPr>
      </w:pPr>
    </w:p>
    <w:p w14:paraId="189A07CA" w14:textId="4F608827" w:rsidR="00FE38FA" w:rsidRPr="00C71F5B" w:rsidRDefault="00BE6004">
      <w:pPr>
        <w:rPr>
          <w:rFonts w:ascii="Times New Roman" w:eastAsia="Times New Roman" w:hAnsi="Times New Roman" w:cs="Times New Roman"/>
          <w:sz w:val="24"/>
          <w:szCs w:val="24"/>
          <w:lang w:val="de-CH" w:eastAsia="de-CH"/>
        </w:rPr>
      </w:pPr>
      <w:r w:rsidRPr="00281FD8">
        <w:rPr>
          <w:lang w:val="de-CH"/>
        </w:rPr>
        <w:br/>
      </w:r>
      <w:r w:rsidRPr="00281FD8">
        <w:rPr>
          <w:lang w:val="de-CH"/>
        </w:rPr>
        <w:br/>
      </w:r>
    </w:p>
    <w:sectPr w:rsidR="00FE38FA" w:rsidRPr="00C71F5B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ennumm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ennumm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Aufzhlungszeiche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Aufzhlungszeiche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2097943970">
    <w:abstractNumId w:val="8"/>
  </w:num>
  <w:num w:numId="2" w16cid:durableId="915287442">
    <w:abstractNumId w:val="6"/>
  </w:num>
  <w:num w:numId="3" w16cid:durableId="354775415">
    <w:abstractNumId w:val="5"/>
  </w:num>
  <w:num w:numId="4" w16cid:durableId="22244316">
    <w:abstractNumId w:val="4"/>
  </w:num>
  <w:num w:numId="5" w16cid:durableId="1707177205">
    <w:abstractNumId w:val="7"/>
  </w:num>
  <w:num w:numId="6" w16cid:durableId="1436748524">
    <w:abstractNumId w:val="3"/>
  </w:num>
  <w:num w:numId="7" w16cid:durableId="1582106981">
    <w:abstractNumId w:val="2"/>
  </w:num>
  <w:num w:numId="8" w16cid:durableId="1716275438">
    <w:abstractNumId w:val="1"/>
  </w:num>
  <w:num w:numId="9" w16cid:durableId="7456116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14FA7"/>
    <w:rsid w:val="00017C45"/>
    <w:rsid w:val="00020FE6"/>
    <w:rsid w:val="00021E68"/>
    <w:rsid w:val="00034616"/>
    <w:rsid w:val="0006063C"/>
    <w:rsid w:val="00064F75"/>
    <w:rsid w:val="001006A6"/>
    <w:rsid w:val="00126F82"/>
    <w:rsid w:val="0015074B"/>
    <w:rsid w:val="0015289C"/>
    <w:rsid w:val="001676A1"/>
    <w:rsid w:val="001A43E7"/>
    <w:rsid w:val="001B58B9"/>
    <w:rsid w:val="001C15EE"/>
    <w:rsid w:val="001F30CF"/>
    <w:rsid w:val="001F6471"/>
    <w:rsid w:val="00212A15"/>
    <w:rsid w:val="00252038"/>
    <w:rsid w:val="00253839"/>
    <w:rsid w:val="00281FD8"/>
    <w:rsid w:val="0029639D"/>
    <w:rsid w:val="002E08FB"/>
    <w:rsid w:val="002E1472"/>
    <w:rsid w:val="002F0633"/>
    <w:rsid w:val="00326F90"/>
    <w:rsid w:val="0033364F"/>
    <w:rsid w:val="00335FC5"/>
    <w:rsid w:val="00340F92"/>
    <w:rsid w:val="003531D7"/>
    <w:rsid w:val="0035381B"/>
    <w:rsid w:val="003622E0"/>
    <w:rsid w:val="0038398D"/>
    <w:rsid w:val="00394FC8"/>
    <w:rsid w:val="00395C68"/>
    <w:rsid w:val="003C5EE4"/>
    <w:rsid w:val="003C743F"/>
    <w:rsid w:val="0044527F"/>
    <w:rsid w:val="0045543D"/>
    <w:rsid w:val="004719E6"/>
    <w:rsid w:val="00485CCC"/>
    <w:rsid w:val="004C05CF"/>
    <w:rsid w:val="004D088B"/>
    <w:rsid w:val="004E11D6"/>
    <w:rsid w:val="00544386"/>
    <w:rsid w:val="00551B43"/>
    <w:rsid w:val="005729D3"/>
    <w:rsid w:val="005B449C"/>
    <w:rsid w:val="005E62AE"/>
    <w:rsid w:val="00617650"/>
    <w:rsid w:val="0064322A"/>
    <w:rsid w:val="006C54E4"/>
    <w:rsid w:val="006D01D8"/>
    <w:rsid w:val="006F091A"/>
    <w:rsid w:val="00710C54"/>
    <w:rsid w:val="00740030"/>
    <w:rsid w:val="007A2B79"/>
    <w:rsid w:val="007B5DDF"/>
    <w:rsid w:val="007C5364"/>
    <w:rsid w:val="007E29AB"/>
    <w:rsid w:val="00806B20"/>
    <w:rsid w:val="008516AE"/>
    <w:rsid w:val="00861E9B"/>
    <w:rsid w:val="008779EE"/>
    <w:rsid w:val="008A0A0C"/>
    <w:rsid w:val="009005E8"/>
    <w:rsid w:val="009439EE"/>
    <w:rsid w:val="00950C9B"/>
    <w:rsid w:val="009575E8"/>
    <w:rsid w:val="009772CD"/>
    <w:rsid w:val="0098260B"/>
    <w:rsid w:val="009B3465"/>
    <w:rsid w:val="009B642F"/>
    <w:rsid w:val="009C360D"/>
    <w:rsid w:val="00A2391C"/>
    <w:rsid w:val="00A43AEB"/>
    <w:rsid w:val="00A43AFA"/>
    <w:rsid w:val="00A43F44"/>
    <w:rsid w:val="00AA1D8D"/>
    <w:rsid w:val="00AB38DC"/>
    <w:rsid w:val="00AD67F2"/>
    <w:rsid w:val="00B33D62"/>
    <w:rsid w:val="00B47730"/>
    <w:rsid w:val="00B54AE8"/>
    <w:rsid w:val="00B64AAC"/>
    <w:rsid w:val="00BC7563"/>
    <w:rsid w:val="00BE336B"/>
    <w:rsid w:val="00C25990"/>
    <w:rsid w:val="00C329B4"/>
    <w:rsid w:val="00C601B1"/>
    <w:rsid w:val="00C66F01"/>
    <w:rsid w:val="00C71F5B"/>
    <w:rsid w:val="00CB0664"/>
    <w:rsid w:val="00CB2995"/>
    <w:rsid w:val="00CB3DD4"/>
    <w:rsid w:val="00CB4B89"/>
    <w:rsid w:val="00CC26A0"/>
    <w:rsid w:val="00CE01C7"/>
    <w:rsid w:val="00CF40C6"/>
    <w:rsid w:val="00D00EF5"/>
    <w:rsid w:val="00D1703A"/>
    <w:rsid w:val="00D27EFF"/>
    <w:rsid w:val="00D663CE"/>
    <w:rsid w:val="00DA3B98"/>
    <w:rsid w:val="00DD3B57"/>
    <w:rsid w:val="00DE56BC"/>
    <w:rsid w:val="00DF05C7"/>
    <w:rsid w:val="00E054BC"/>
    <w:rsid w:val="00EC1C72"/>
    <w:rsid w:val="00ED1AA4"/>
    <w:rsid w:val="00F00A6B"/>
    <w:rsid w:val="00F039F3"/>
    <w:rsid w:val="00F14E57"/>
    <w:rsid w:val="00F359F2"/>
    <w:rsid w:val="00F74DCC"/>
    <w:rsid w:val="00F77958"/>
    <w:rsid w:val="00FA7233"/>
    <w:rsid w:val="00FC693F"/>
    <w:rsid w:val="00FE38FA"/>
    <w:rsid w:val="00FE62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24062061"/>
  <w14:defaultImageDpi w14:val="300"/>
  <w15:docId w15:val="{2A6D5E46-5E30-4069-998F-851B8D687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C693F"/>
  </w:style>
  <w:style w:type="paragraph" w:styleId="berschrift1">
    <w:name w:val="heading 1"/>
    <w:basedOn w:val="Standard"/>
    <w:next w:val="Standard"/>
    <w:link w:val="berschrift1Zchn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618BF"/>
  </w:style>
  <w:style w:type="paragraph" w:styleId="Fuzeile">
    <w:name w:val="footer"/>
    <w:basedOn w:val="Standard"/>
    <w:link w:val="FuzeileZchn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618BF"/>
  </w:style>
  <w:style w:type="paragraph" w:styleId="KeinLeerraum">
    <w:name w:val="No Spacing"/>
    <w:uiPriority w:val="1"/>
    <w:qFormat/>
    <w:rsid w:val="00FC693F"/>
    <w:pPr>
      <w:spacing w:after="0" w:line="240" w:lineRule="auto"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el">
    <w:name w:val="Title"/>
    <w:basedOn w:val="Standard"/>
    <w:next w:val="Standard"/>
    <w:link w:val="TitelZchn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enabsatz">
    <w:name w:val="List Paragraph"/>
    <w:basedOn w:val="Standard"/>
    <w:uiPriority w:val="34"/>
    <w:qFormat/>
    <w:rsid w:val="00FC693F"/>
    <w:pPr>
      <w:ind w:left="720"/>
      <w:contextualSpacing/>
    </w:pPr>
  </w:style>
  <w:style w:type="paragraph" w:styleId="Textkrper">
    <w:name w:val="Body Text"/>
    <w:basedOn w:val="Standard"/>
    <w:link w:val="TextkrperZchn"/>
    <w:uiPriority w:val="99"/>
    <w:unhideWhenUsed/>
    <w:rsid w:val="00AA1D8D"/>
    <w:pPr>
      <w:spacing w:after="120"/>
    </w:pPr>
  </w:style>
  <w:style w:type="character" w:customStyle="1" w:styleId="TextkrperZchn">
    <w:name w:val="Textkörper Zchn"/>
    <w:basedOn w:val="Absatz-Standardschriftart"/>
    <w:link w:val="Textkrper"/>
    <w:uiPriority w:val="99"/>
    <w:rsid w:val="00AA1D8D"/>
  </w:style>
  <w:style w:type="paragraph" w:styleId="Textkrper2">
    <w:name w:val="Body Text 2"/>
    <w:basedOn w:val="Standard"/>
    <w:link w:val="Textkrper2Zchn"/>
    <w:uiPriority w:val="99"/>
    <w:unhideWhenUsed/>
    <w:rsid w:val="00AA1D8D"/>
    <w:pPr>
      <w:spacing w:after="120" w:line="480" w:lineRule="auto"/>
    </w:pPr>
  </w:style>
  <w:style w:type="character" w:customStyle="1" w:styleId="Textkrper2Zchn">
    <w:name w:val="Textkörper 2 Zchn"/>
    <w:basedOn w:val="Absatz-Standardschriftart"/>
    <w:link w:val="Textkrper2"/>
    <w:uiPriority w:val="99"/>
    <w:rsid w:val="00AA1D8D"/>
  </w:style>
  <w:style w:type="paragraph" w:styleId="Textkrper3">
    <w:name w:val="Body Text 3"/>
    <w:basedOn w:val="Standard"/>
    <w:link w:val="Textkrper3Zchn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Textkrper3Zchn">
    <w:name w:val="Textkörper 3 Zchn"/>
    <w:basedOn w:val="Absatz-Standardschriftart"/>
    <w:link w:val="Textkrper3"/>
    <w:uiPriority w:val="99"/>
    <w:rsid w:val="00AA1D8D"/>
    <w:rPr>
      <w:sz w:val="16"/>
      <w:szCs w:val="16"/>
    </w:rPr>
  </w:style>
  <w:style w:type="paragraph" w:styleId="Liste">
    <w:name w:val="List"/>
    <w:basedOn w:val="Standard"/>
    <w:uiPriority w:val="99"/>
    <w:unhideWhenUsed/>
    <w:rsid w:val="00AA1D8D"/>
    <w:pPr>
      <w:ind w:left="360" w:hanging="360"/>
      <w:contextualSpacing/>
    </w:pPr>
  </w:style>
  <w:style w:type="paragraph" w:styleId="Liste2">
    <w:name w:val="List 2"/>
    <w:basedOn w:val="Standard"/>
    <w:uiPriority w:val="99"/>
    <w:unhideWhenUsed/>
    <w:rsid w:val="00326F90"/>
    <w:pPr>
      <w:ind w:left="720" w:hanging="360"/>
      <w:contextualSpacing/>
    </w:pPr>
  </w:style>
  <w:style w:type="paragraph" w:styleId="Liste3">
    <w:name w:val="List 3"/>
    <w:basedOn w:val="Standard"/>
    <w:uiPriority w:val="99"/>
    <w:unhideWhenUsed/>
    <w:rsid w:val="00326F90"/>
    <w:pPr>
      <w:ind w:left="1080" w:hanging="360"/>
      <w:contextualSpacing/>
    </w:pPr>
  </w:style>
  <w:style w:type="paragraph" w:styleId="Aufzhlungszeichen">
    <w:name w:val="List Bullet"/>
    <w:basedOn w:val="Standard"/>
    <w:uiPriority w:val="99"/>
    <w:unhideWhenUsed/>
    <w:rsid w:val="00326F90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unhideWhenUsed/>
    <w:rsid w:val="00326F90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unhideWhenUsed/>
    <w:rsid w:val="00326F90"/>
    <w:pPr>
      <w:numPr>
        <w:numId w:val="3"/>
      </w:numPr>
      <w:contextualSpacing/>
    </w:pPr>
  </w:style>
  <w:style w:type="paragraph" w:styleId="Listennummer">
    <w:name w:val="List Number"/>
    <w:basedOn w:val="Standard"/>
    <w:uiPriority w:val="99"/>
    <w:unhideWhenUsed/>
    <w:rsid w:val="00326F90"/>
    <w:pPr>
      <w:numPr>
        <w:numId w:val="5"/>
      </w:numPr>
      <w:contextualSpacing/>
    </w:pPr>
  </w:style>
  <w:style w:type="paragraph" w:styleId="Listennummer2">
    <w:name w:val="List Number 2"/>
    <w:basedOn w:val="Standard"/>
    <w:uiPriority w:val="99"/>
    <w:unhideWhenUsed/>
    <w:rsid w:val="0029639D"/>
    <w:pPr>
      <w:numPr>
        <w:numId w:val="6"/>
      </w:numPr>
      <w:contextualSpacing/>
    </w:pPr>
  </w:style>
  <w:style w:type="paragraph" w:styleId="Listennummer3">
    <w:name w:val="List Number 3"/>
    <w:basedOn w:val="Standard"/>
    <w:uiPriority w:val="99"/>
    <w:unhideWhenUsed/>
    <w:rsid w:val="0029639D"/>
    <w:pPr>
      <w:numPr>
        <w:numId w:val="7"/>
      </w:numPr>
      <w:contextualSpacing/>
    </w:pPr>
  </w:style>
  <w:style w:type="paragraph" w:styleId="Listenfortsetzung">
    <w:name w:val="List Continue"/>
    <w:basedOn w:val="Standard"/>
    <w:uiPriority w:val="99"/>
    <w:unhideWhenUsed/>
    <w:rsid w:val="0029639D"/>
    <w:pPr>
      <w:spacing w:after="120"/>
      <w:ind w:left="360"/>
      <w:contextualSpacing/>
    </w:pPr>
  </w:style>
  <w:style w:type="paragraph" w:styleId="Listenfortsetzung2">
    <w:name w:val="List Continue 2"/>
    <w:basedOn w:val="Standard"/>
    <w:uiPriority w:val="99"/>
    <w:unhideWhenUsed/>
    <w:rsid w:val="0029639D"/>
    <w:pPr>
      <w:spacing w:after="120"/>
      <w:ind w:left="720"/>
      <w:contextualSpacing/>
    </w:pPr>
  </w:style>
  <w:style w:type="paragraph" w:styleId="Listenfortsetzung3">
    <w:name w:val="List Continue 3"/>
    <w:basedOn w:val="Standard"/>
    <w:uiPriority w:val="99"/>
    <w:unhideWhenUsed/>
    <w:rsid w:val="0029639D"/>
    <w:pPr>
      <w:spacing w:after="120"/>
      <w:ind w:left="1080"/>
      <w:contextualSpacing/>
    </w:pPr>
  </w:style>
  <w:style w:type="paragraph" w:styleId="Makrotext">
    <w:name w:val="macro"/>
    <w:link w:val="MakrotextZchn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krotextZchn">
    <w:name w:val="Makrotext Zchn"/>
    <w:basedOn w:val="Absatz-Standardschriftart"/>
    <w:link w:val="Makrotext"/>
    <w:uiPriority w:val="99"/>
    <w:rsid w:val="0029639D"/>
    <w:rPr>
      <w:rFonts w:ascii="Courier" w:hAnsi="Courier"/>
      <w:sz w:val="20"/>
      <w:szCs w:val="20"/>
    </w:rPr>
  </w:style>
  <w:style w:type="paragraph" w:styleId="Zitat">
    <w:name w:val="Quote"/>
    <w:basedOn w:val="Standard"/>
    <w:next w:val="Standard"/>
    <w:link w:val="ZitatZchn"/>
    <w:uiPriority w:val="29"/>
    <w:qFormat/>
    <w:rsid w:val="00FC693F"/>
    <w:rPr>
      <w:i/>
      <w:iCs/>
      <w:color w:val="000000" w:themeColor="text1"/>
    </w:rPr>
  </w:style>
  <w:style w:type="character" w:customStyle="1" w:styleId="ZitatZchn">
    <w:name w:val="Zitat Zchn"/>
    <w:basedOn w:val="Absatz-Standardschriftart"/>
    <w:link w:val="Zitat"/>
    <w:uiPriority w:val="29"/>
    <w:rsid w:val="00FC693F"/>
    <w:rPr>
      <w:i/>
      <w:iCs/>
      <w:color w:val="000000" w:themeColor="text1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Fett">
    <w:name w:val="Strong"/>
    <w:basedOn w:val="Absatz-Standardschriftart"/>
    <w:uiPriority w:val="22"/>
    <w:qFormat/>
    <w:rsid w:val="00FC693F"/>
    <w:rPr>
      <w:b/>
      <w:bCs/>
    </w:rPr>
  </w:style>
  <w:style w:type="character" w:styleId="Hervorhebung">
    <w:name w:val="Emphasis"/>
    <w:basedOn w:val="Absatz-Standardschriftart"/>
    <w:uiPriority w:val="20"/>
    <w:qFormat/>
    <w:rsid w:val="00FC693F"/>
    <w:rPr>
      <w:i/>
      <w:iCs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FC693F"/>
    <w:rPr>
      <w:b/>
      <w:bCs/>
      <w:i/>
      <w:iCs/>
      <w:color w:val="4F81BD" w:themeColor="accent1"/>
    </w:rPr>
  </w:style>
  <w:style w:type="character" w:styleId="SchwacheHervorhebung">
    <w:name w:val="Subtle Emphasis"/>
    <w:basedOn w:val="Absatz-Standardschriftart"/>
    <w:uiPriority w:val="19"/>
    <w:qFormat/>
    <w:rsid w:val="00FC693F"/>
    <w:rPr>
      <w:i/>
      <w:iCs/>
      <w:color w:val="808080" w:themeColor="text1" w:themeTint="7F"/>
    </w:rPr>
  </w:style>
  <w:style w:type="character" w:styleId="IntensiveHervorhebung">
    <w:name w:val="Intense Emphasis"/>
    <w:basedOn w:val="Absatz-Standardschriftart"/>
    <w:uiPriority w:val="21"/>
    <w:qFormat/>
    <w:rsid w:val="00FC693F"/>
    <w:rPr>
      <w:b/>
      <w:bCs/>
      <w:i/>
      <w:iCs/>
      <w:color w:val="4F81BD" w:themeColor="accent1"/>
    </w:rPr>
  </w:style>
  <w:style w:type="character" w:styleId="SchwacherVerweis">
    <w:name w:val="Subtle Reference"/>
    <w:basedOn w:val="Absatz-Standardschriftart"/>
    <w:uiPriority w:val="31"/>
    <w:qFormat/>
    <w:rsid w:val="00FC693F"/>
    <w:rPr>
      <w:smallCaps/>
      <w:color w:val="C0504D" w:themeColor="accent2"/>
      <w:u w:val="single"/>
    </w:rPr>
  </w:style>
  <w:style w:type="character" w:styleId="IntensiverVerweis">
    <w:name w:val="Intense Reference"/>
    <w:basedOn w:val="Absatz-Standardschriftar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uchtitel">
    <w:name w:val="Book Title"/>
    <w:basedOn w:val="Absatz-Standardschriftart"/>
    <w:uiPriority w:val="33"/>
    <w:qFormat/>
    <w:rsid w:val="00FC693F"/>
    <w:rPr>
      <w:b/>
      <w:bCs/>
      <w:smallCaps/>
      <w:spacing w:val="5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FC693F"/>
    <w:pPr>
      <w:outlineLvl w:val="9"/>
    </w:pPr>
  </w:style>
  <w:style w:type="table" w:styleId="Tabellenraster">
    <w:name w:val="Table Grid"/>
    <w:basedOn w:val="NormaleTabelle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HelleSchattierung">
    <w:name w:val="Light Shading"/>
    <w:basedOn w:val="NormaleTabelle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HelleSchattierung-Akzent1">
    <w:name w:val="Light Shading Accent 1"/>
    <w:basedOn w:val="NormaleTabelle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HelleSchattierung-Akzent2">
    <w:name w:val="Light Shading Accent 2"/>
    <w:basedOn w:val="NormaleTabelle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HelleSchattierung-Akzent3">
    <w:name w:val="Light Shading Accent 3"/>
    <w:basedOn w:val="NormaleTabelle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HelleSchattierung-Akzent4">
    <w:name w:val="Light Shading Accent 4"/>
    <w:basedOn w:val="NormaleTabelle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HelleSchattierung-Akzent5">
    <w:name w:val="Light Shading Accent 5"/>
    <w:basedOn w:val="NormaleTabelle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HelleSchattierung-Akzent6">
    <w:name w:val="Light Shading Accent 6"/>
    <w:basedOn w:val="NormaleTabelle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HelleListe">
    <w:name w:val="Light List"/>
    <w:basedOn w:val="NormaleTabelle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HelleListe-Akzent1">
    <w:name w:val="Light List Accent 1"/>
    <w:basedOn w:val="NormaleTabelle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HelleListe-Akzent2">
    <w:name w:val="Light List Accent 2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HelleListe-Akzent3">
    <w:name w:val="Light List Accent 3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HelleListe-Akzent4">
    <w:name w:val="Light List Accent 4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HelleListe-Akzent5">
    <w:name w:val="Light List Accent 5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HelleListe-Akzent6">
    <w:name w:val="Light List Accent 6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HellesRaster">
    <w:name w:val="Light Grid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HellesRaster-Akzent1">
    <w:name w:val="Light Grid Accent 1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HellesRaster-Akzent2">
    <w:name w:val="Light Grid Accent 2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HellesRaster-Akzent3">
    <w:name w:val="Light Grid Accent 3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HellesRaster-Akzent4">
    <w:name w:val="Light Grid Accent 4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HellesRaster-Akzent5">
    <w:name w:val="Light Grid Accent 5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HellesRaster-Akzent6">
    <w:name w:val="Light Grid Accent 6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ittlereSchattierung1">
    <w:name w:val="Medium Shading 1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1">
    <w:name w:val="Medium Shading 1 Accent 1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2">
    <w:name w:val="Medium Shading 1 Accent 2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3">
    <w:name w:val="Medium Shading 1 Accent 3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4">
    <w:name w:val="Medium Shading 1 Accent 4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5">
    <w:name w:val="Medium Shading 1 Accent 5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6">
    <w:name w:val="Medium Shading 1 Accent 6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2">
    <w:name w:val="Medium Shading 2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1">
    <w:name w:val="Medium Shading 2 Accent 1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2">
    <w:name w:val="Medium Shading 2 Accent 2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3">
    <w:name w:val="Medium Shading 2 Accent 3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4">
    <w:name w:val="Medium Shading 2 Accent 4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5">
    <w:name w:val="Medium Shading 2 Accent 5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6">
    <w:name w:val="Medium Shading 2 Accent 6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Liste1">
    <w:name w:val="Medium List 1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ittlereListe1-Akzent1">
    <w:name w:val="Medium List 1 Accent 1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ittlereListe1-Akzent2">
    <w:name w:val="Medium List 1 Accent 2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ittlereListe1-Akzent3">
    <w:name w:val="Medium List 1 Accent 3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ittlereListe1-Akzent4">
    <w:name w:val="Medium List 1 Accent 4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ittlereListe1-Akzent5">
    <w:name w:val="Medium List 1 Accent 5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ittlereListe1-Akzent6">
    <w:name w:val="Medium List 1 Accent 6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ittlereListe2">
    <w:name w:val="Medium List 2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1">
    <w:name w:val="Medium List 2 Accent 1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2">
    <w:name w:val="Medium List 2 Accent 2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3">
    <w:name w:val="Medium List 2 Accent 3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4">
    <w:name w:val="Medium List 2 Accent 4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5">
    <w:name w:val="Medium List 2 Accent 5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6">
    <w:name w:val="Medium List 2 Accent 6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sRaster1">
    <w:name w:val="Medium Grid 1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ittleresRaster1-Akzent1">
    <w:name w:val="Medium Grid 1 Accent 1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ittleresRaster1-Akzent2">
    <w:name w:val="Medium Grid 1 Accent 2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ittleresRaster1-Akzent3">
    <w:name w:val="Medium Grid 1 Accent 3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ittleresRaster1-Akzent4">
    <w:name w:val="Medium Grid 1 Accent 4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ittleresRaster1-Akzent5">
    <w:name w:val="Medium Grid 1 Accent 5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ittleresRaster1-Akzent6">
    <w:name w:val="Medium Grid 1 Accent 6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ittleresRaster2">
    <w:name w:val="Medium Grid 2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1">
    <w:name w:val="Medium Grid 2 Accent 1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2">
    <w:name w:val="Medium Grid 2 Accent 2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3">
    <w:name w:val="Medium Grid 2 Accent 3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4">
    <w:name w:val="Medium Grid 2 Accent 4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5">
    <w:name w:val="Medium Grid 2 Accent 5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6">
    <w:name w:val="Medium Grid 2 Accent 6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3">
    <w:name w:val="Medium Grid 3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ittleresRaster3-Akzent1">
    <w:name w:val="Medium Grid 3 Accent 1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ittleresRaster3-Akzent2">
    <w:name w:val="Medium Grid 3 Accent 2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ittleresRaster3-Akzent3">
    <w:name w:val="Medium Grid 3 Accent 3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ittleresRaster3-Akzent4">
    <w:name w:val="Medium Grid 3 Accent 4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ittleresRaster3-Akzent5">
    <w:name w:val="Medium Grid 3 Accent 5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ittleresRaster3-Akzent6">
    <w:name w:val="Medium Grid 3 Accent 6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unkleListe">
    <w:name w:val="Dark List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unkleListe-Akzent1">
    <w:name w:val="Dark List Accent 1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unkleListe-Akzent2">
    <w:name w:val="Dark List Accent 2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unkleListe-Akzent3">
    <w:name w:val="Dark List Accent 3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unkleListe-Akzent4">
    <w:name w:val="Dark List Accent 4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unkleListe-Akzent5">
    <w:name w:val="Dark List Accent 5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unkleListe-Akzent6">
    <w:name w:val="Dark List Accent 6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FarbigeSchattierung">
    <w:name w:val="Colorful Shading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1">
    <w:name w:val="Colorful Shading Accent 1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2">
    <w:name w:val="Colorful Shading Accent 2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3">
    <w:name w:val="Colorful Shading Accent 3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FarbigeSchattierung-Akzent4">
    <w:name w:val="Colorful Shading Accent 4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5">
    <w:name w:val="Colorful Shading Accent 5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6">
    <w:name w:val="Colorful Shading Accent 6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Liste">
    <w:name w:val="Colorful List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bigeListe-Akzent1">
    <w:name w:val="Colorful List Accent 1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FarbigeListe-Akzent2">
    <w:name w:val="Colorful List Accent 2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FarbigeListe-Akzent3">
    <w:name w:val="Colorful List Accent 3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FarbigeListe-Akzent4">
    <w:name w:val="Colorful List Accent 4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FarbigeListe-Akzent5">
    <w:name w:val="Colorful List Accent 5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FarbigeListe-Akzent6">
    <w:name w:val="Colorful List Accent 6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FarbigesRaster">
    <w:name w:val="Colorful Grid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bigesRaster-Akzent1">
    <w:name w:val="Colorful Grid Accent 1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FarbigesRaster-Akzent2">
    <w:name w:val="Colorful Grid Accent 2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FarbigesRaster-Akzent3">
    <w:name w:val="Colorful Grid Accent 3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FarbigesRaster-Akzent4">
    <w:name w:val="Colorful Grid Accent 4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FarbigesRaster-Akzent5">
    <w:name w:val="Colorful Grid Accent 5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FarbigesRaster-Akzent6">
    <w:name w:val="Colorful Grid Accent 6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Hyperlink">
    <w:name w:val="Hyperlink"/>
    <w:basedOn w:val="Absatz-Standardschriftart"/>
    <w:uiPriority w:val="99"/>
    <w:unhideWhenUsed/>
    <w:rsid w:val="00F359F2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F359F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wmf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19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142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Nicole Ley</cp:lastModifiedBy>
  <cp:revision>108</cp:revision>
  <dcterms:created xsi:type="dcterms:W3CDTF">2013-12-23T23:15:00Z</dcterms:created>
  <dcterms:modified xsi:type="dcterms:W3CDTF">2026-06-06T18:21:00Z</dcterms:modified>
  <cp:category/>
</cp:coreProperties>
</file>